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D601D" w14:textId="61F84565" w:rsidR="00096A31" w:rsidRPr="00891C12" w:rsidRDefault="00D54ECD" w:rsidP="001258AA">
      <w:pPr>
        <w:jc w:val="center"/>
        <w:rPr>
          <w:rFonts w:asciiTheme="majorHAnsi" w:hAnsiTheme="majorHAnsi" w:cstheme="majorHAnsi"/>
          <w:b/>
          <w:bCs/>
        </w:rPr>
      </w:pPr>
      <w:r w:rsidRPr="00891C12">
        <w:rPr>
          <w:rFonts w:asciiTheme="majorHAnsi" w:hAnsiTheme="majorHAnsi" w:cstheme="majorHAnsi"/>
          <w:b/>
          <w:bCs/>
        </w:rPr>
        <w:t xml:space="preserve">FAC-SIMILE CONTRATTO DI APPRENDISTATO </w:t>
      </w:r>
      <w:r w:rsidR="00B83ED4">
        <w:rPr>
          <w:rFonts w:asciiTheme="majorHAnsi" w:hAnsiTheme="majorHAnsi" w:cstheme="majorHAnsi"/>
          <w:b/>
          <w:bCs/>
        </w:rPr>
        <w:t>DI ALTA FORMAZIONE E RICERCA</w:t>
      </w:r>
      <w:r w:rsidR="002674A2">
        <w:rPr>
          <w:rFonts w:asciiTheme="majorHAnsi" w:hAnsiTheme="majorHAnsi" w:cstheme="majorHAnsi"/>
          <w:b/>
          <w:bCs/>
        </w:rPr>
        <w:t xml:space="preserve"> </w:t>
      </w:r>
    </w:p>
    <w:p w14:paraId="61BD2A93" w14:textId="30EE87E1" w:rsidR="00096A31" w:rsidRPr="00891C12" w:rsidRDefault="00000000" w:rsidP="00DA7051">
      <w:pPr>
        <w:shd w:val="clear" w:color="auto" w:fill="F2F2F2" w:themeFill="background1" w:themeFillShade="F2"/>
        <w:jc w:val="both"/>
        <w:rPr>
          <w:rFonts w:asciiTheme="majorHAnsi" w:hAnsiTheme="majorHAnsi" w:cstheme="majorHAnsi"/>
          <w:color w:val="1F497D" w:themeColor="text2"/>
        </w:rPr>
      </w:pPr>
      <w:r w:rsidRPr="00891C12">
        <w:rPr>
          <w:rFonts w:asciiTheme="majorHAnsi" w:hAnsiTheme="majorHAnsi" w:cstheme="majorHAnsi"/>
          <w:color w:val="1F497D" w:themeColor="text2"/>
        </w:rPr>
        <w:t>Il presente schema costituisce un esempio a cui fare riferimento per la predisposizione del contratto di apprendistato</w:t>
      </w:r>
      <w:r w:rsidR="00E826DF" w:rsidRPr="00891C12">
        <w:rPr>
          <w:rFonts w:asciiTheme="majorHAnsi" w:hAnsiTheme="majorHAnsi" w:cstheme="majorHAnsi"/>
          <w:color w:val="1F497D" w:themeColor="text2"/>
        </w:rPr>
        <w:t xml:space="preserve"> di </w:t>
      </w:r>
      <w:r w:rsidR="0097045D">
        <w:rPr>
          <w:rFonts w:asciiTheme="majorHAnsi" w:hAnsiTheme="majorHAnsi" w:cstheme="majorHAnsi"/>
          <w:color w:val="1F497D" w:themeColor="text2"/>
        </w:rPr>
        <w:t>terzo</w:t>
      </w:r>
      <w:r w:rsidR="00E826DF" w:rsidRPr="00891C12">
        <w:rPr>
          <w:rFonts w:asciiTheme="majorHAnsi" w:hAnsiTheme="majorHAnsi" w:cstheme="majorHAnsi"/>
          <w:color w:val="1F497D" w:themeColor="text2"/>
        </w:rPr>
        <w:t xml:space="preserve"> livello</w:t>
      </w:r>
      <w:r w:rsidRPr="00891C12">
        <w:rPr>
          <w:rFonts w:asciiTheme="majorHAnsi" w:hAnsiTheme="majorHAnsi" w:cstheme="majorHAnsi"/>
          <w:color w:val="1F497D" w:themeColor="text2"/>
        </w:rPr>
        <w:t xml:space="preserve">, elaborato sulla base della normativa vigente alla data della sua redazione. </w:t>
      </w:r>
      <w:r w:rsidR="00882EA7" w:rsidRPr="00891C12">
        <w:rPr>
          <w:rFonts w:asciiTheme="majorHAnsi" w:hAnsiTheme="majorHAnsi" w:cstheme="majorHAnsi"/>
          <w:color w:val="1F497D" w:themeColor="text2"/>
        </w:rPr>
        <w:t>Il modello dovrà essere adattato alle specificità del singolo rapporto di apprendistato</w:t>
      </w:r>
      <w:r w:rsidR="00882EA7">
        <w:rPr>
          <w:rFonts w:asciiTheme="majorHAnsi" w:hAnsiTheme="majorHAnsi" w:cstheme="majorHAnsi"/>
          <w:color w:val="1F497D" w:themeColor="text2"/>
        </w:rPr>
        <w:t xml:space="preserve">. </w:t>
      </w:r>
      <w:r w:rsidRPr="00891C12">
        <w:rPr>
          <w:rFonts w:asciiTheme="majorHAnsi" w:hAnsiTheme="majorHAnsi" w:cstheme="majorHAnsi"/>
          <w:color w:val="1F497D" w:themeColor="text2"/>
        </w:rPr>
        <w:t xml:space="preserve">Prima </w:t>
      </w:r>
      <w:r w:rsidR="00D312DE" w:rsidRPr="00891C12">
        <w:rPr>
          <w:rFonts w:asciiTheme="majorHAnsi" w:hAnsiTheme="majorHAnsi" w:cstheme="majorHAnsi"/>
          <w:color w:val="1F497D" w:themeColor="text2"/>
        </w:rPr>
        <w:t>dell’utilizzo,</w:t>
      </w:r>
      <w:r w:rsidRPr="00891C12">
        <w:rPr>
          <w:rFonts w:asciiTheme="majorHAnsi" w:hAnsiTheme="majorHAnsi" w:cstheme="majorHAnsi"/>
          <w:color w:val="1F497D" w:themeColor="text2"/>
        </w:rPr>
        <w:t xml:space="preserve"> è necessario verificarne </w:t>
      </w:r>
      <w:r w:rsidR="00D312DE" w:rsidRPr="00891C12">
        <w:rPr>
          <w:rFonts w:asciiTheme="majorHAnsi" w:hAnsiTheme="majorHAnsi" w:cstheme="majorHAnsi"/>
          <w:color w:val="1F497D" w:themeColor="text2"/>
        </w:rPr>
        <w:t>l’attualità</w:t>
      </w:r>
      <w:r w:rsidRPr="00891C12">
        <w:rPr>
          <w:rFonts w:asciiTheme="majorHAnsi" w:hAnsiTheme="majorHAnsi" w:cstheme="majorHAnsi"/>
          <w:color w:val="1F497D" w:themeColor="text2"/>
        </w:rPr>
        <w:t xml:space="preserve"> e la coerenza con la normativa nazionale e regionale vigente, nonché con le disposizioni della contrattazione collettiva applicabile e con eventuali successive modifiche o integrazioni. </w:t>
      </w:r>
    </w:p>
    <w:p w14:paraId="311734C7" w14:textId="014C2CA2"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La Società </w:t>
      </w:r>
      <w:r w:rsidRPr="00891C12">
        <w:rPr>
          <w:rFonts w:asciiTheme="majorHAnsi" w:hAnsiTheme="majorHAnsi" w:cstheme="majorHAnsi"/>
          <w:b/>
        </w:rPr>
        <w:t>__</w:t>
      </w:r>
      <w:r w:rsidR="00E826DF" w:rsidRPr="00891C12">
        <w:rPr>
          <w:rFonts w:asciiTheme="majorHAnsi" w:hAnsiTheme="majorHAnsi" w:cstheme="majorHAnsi"/>
          <w:b/>
        </w:rPr>
        <w:t>_,</w:t>
      </w:r>
      <w:r w:rsidRPr="00891C12">
        <w:rPr>
          <w:rFonts w:asciiTheme="majorHAnsi" w:hAnsiTheme="majorHAnsi" w:cstheme="majorHAnsi"/>
        </w:rPr>
        <w:t xml:space="preserve"> </w:t>
      </w:r>
      <w:r w:rsidR="00E826DF" w:rsidRPr="00891C12">
        <w:rPr>
          <w:rFonts w:asciiTheme="majorHAnsi" w:hAnsiTheme="majorHAnsi" w:cstheme="majorHAnsi"/>
          <w:b/>
        </w:rPr>
        <w:t>con sede legale in</w:t>
      </w:r>
      <w:r w:rsidRPr="00891C12">
        <w:rPr>
          <w:rFonts w:asciiTheme="majorHAnsi" w:hAnsiTheme="majorHAnsi" w:cstheme="majorHAnsi"/>
          <w:b/>
        </w:rPr>
        <w:t xml:space="preserve"> </w:t>
      </w:r>
      <w:r w:rsidR="00F40A2D" w:rsidRPr="00891C12">
        <w:rPr>
          <w:rFonts w:asciiTheme="majorHAnsi" w:hAnsiTheme="majorHAnsi" w:cstheme="majorHAnsi"/>
          <w:b/>
        </w:rPr>
        <w:t>_____</w:t>
      </w:r>
      <w:r w:rsidR="00D54ECD" w:rsidRPr="00891C12">
        <w:rPr>
          <w:rFonts w:asciiTheme="majorHAnsi" w:hAnsiTheme="majorHAnsi" w:cstheme="majorHAnsi"/>
          <w:b/>
        </w:rPr>
        <w:t xml:space="preserve"> </w:t>
      </w:r>
      <w:r w:rsidRPr="00891C12">
        <w:rPr>
          <w:rFonts w:asciiTheme="majorHAnsi" w:hAnsiTheme="majorHAnsi" w:cstheme="majorHAnsi"/>
        </w:rPr>
        <w:t>__</w:t>
      </w:r>
      <w:r w:rsidR="00891C12" w:rsidRPr="00891C12">
        <w:rPr>
          <w:rFonts w:asciiTheme="majorHAnsi" w:hAnsiTheme="majorHAnsi" w:cstheme="majorHAnsi"/>
        </w:rPr>
        <w:t>_,</w:t>
      </w:r>
      <w:r w:rsidRPr="00891C12">
        <w:rPr>
          <w:rFonts w:asciiTheme="majorHAnsi" w:hAnsiTheme="majorHAnsi" w:cstheme="majorHAnsi"/>
          <w:b/>
        </w:rPr>
        <w:t xml:space="preserve"> CF </w:t>
      </w:r>
      <w:r w:rsidR="00ED05CE">
        <w:rPr>
          <w:rFonts w:asciiTheme="majorHAnsi" w:hAnsiTheme="majorHAnsi" w:cstheme="majorHAnsi"/>
          <w:b/>
        </w:rPr>
        <w:t>__________</w:t>
      </w:r>
      <w:r w:rsidRPr="00891C12">
        <w:rPr>
          <w:rFonts w:asciiTheme="majorHAnsi" w:hAnsiTheme="majorHAnsi" w:cstheme="majorHAnsi"/>
          <w:b/>
        </w:rPr>
        <w:t xml:space="preserve">e </w:t>
      </w:r>
      <w:r w:rsidR="00891C12" w:rsidRPr="00891C12">
        <w:rPr>
          <w:rFonts w:asciiTheme="majorHAnsi" w:hAnsiTheme="majorHAnsi" w:cstheme="majorHAnsi"/>
          <w:b/>
        </w:rPr>
        <w:t xml:space="preserve">PI </w:t>
      </w:r>
      <w:r w:rsidR="00891C12" w:rsidRPr="00891C12">
        <w:rPr>
          <w:rFonts w:asciiTheme="majorHAnsi" w:hAnsiTheme="majorHAnsi" w:cstheme="majorHAnsi"/>
        </w:rPr>
        <w:t>_</w:t>
      </w:r>
      <w:r w:rsidR="000555E8">
        <w:rPr>
          <w:rFonts w:asciiTheme="majorHAnsi" w:hAnsiTheme="majorHAnsi" w:cstheme="majorHAnsi"/>
          <w:b/>
        </w:rPr>
        <w:t>___</w:t>
      </w:r>
      <w:r w:rsidRPr="00891C12">
        <w:rPr>
          <w:rFonts w:asciiTheme="majorHAnsi" w:hAnsiTheme="majorHAnsi" w:cstheme="majorHAnsi"/>
        </w:rPr>
        <w:t>, in persona del Legale Rappresentante</w:t>
      </w:r>
      <w:r w:rsidR="00E826DF" w:rsidRPr="00891C12">
        <w:rPr>
          <w:rFonts w:asciiTheme="majorHAnsi" w:hAnsiTheme="majorHAnsi" w:cstheme="majorHAnsi"/>
        </w:rPr>
        <w:t xml:space="preserve"> pro tempore</w:t>
      </w:r>
      <w:r w:rsidRPr="00891C12">
        <w:rPr>
          <w:rFonts w:asciiTheme="majorHAnsi" w:hAnsiTheme="majorHAnsi" w:cstheme="majorHAnsi"/>
        </w:rPr>
        <w:t xml:space="preserve"> </w:t>
      </w:r>
      <w:r w:rsidR="00D54ECD" w:rsidRPr="00891C12">
        <w:rPr>
          <w:rFonts w:asciiTheme="majorHAnsi" w:hAnsiTheme="majorHAnsi" w:cstheme="majorHAnsi"/>
        </w:rPr>
        <w:t>_____</w:t>
      </w:r>
      <w:r w:rsidRPr="00891C12">
        <w:rPr>
          <w:rFonts w:asciiTheme="majorHAnsi" w:hAnsiTheme="majorHAnsi" w:cstheme="majorHAnsi"/>
        </w:rPr>
        <w:t>___ (d'ora in avanti il "Datore di Lavoro")</w:t>
      </w:r>
    </w:p>
    <w:p w14:paraId="625074EE" w14:textId="77777777" w:rsidR="00096A31" w:rsidRPr="00891C12" w:rsidRDefault="00000000" w:rsidP="00DA7051">
      <w:pPr>
        <w:jc w:val="both"/>
        <w:rPr>
          <w:rFonts w:asciiTheme="majorHAnsi" w:hAnsiTheme="majorHAnsi" w:cstheme="majorHAnsi"/>
        </w:rPr>
      </w:pPr>
      <w:r w:rsidRPr="00891C12">
        <w:rPr>
          <w:rFonts w:asciiTheme="majorHAnsi" w:hAnsiTheme="majorHAnsi" w:cstheme="majorHAnsi"/>
        </w:rPr>
        <w:t>E</w:t>
      </w:r>
    </w:p>
    <w:p w14:paraId="43A2C8F8" w14:textId="2996F83F" w:rsidR="00096A31" w:rsidRPr="00891C12" w:rsidRDefault="00000000" w:rsidP="00DA7051">
      <w:pPr>
        <w:jc w:val="both"/>
        <w:rPr>
          <w:rFonts w:asciiTheme="majorHAnsi" w:hAnsiTheme="majorHAnsi" w:cstheme="majorHAnsi"/>
        </w:rPr>
      </w:pPr>
      <w:r w:rsidRPr="00891C12">
        <w:rPr>
          <w:rFonts w:asciiTheme="majorHAnsi" w:hAnsiTheme="majorHAnsi" w:cstheme="majorHAnsi"/>
        </w:rPr>
        <w:t>Il Sig./La Sig.ra __</w:t>
      </w:r>
      <w:r w:rsidR="00E826DF" w:rsidRPr="00891C12">
        <w:rPr>
          <w:rFonts w:asciiTheme="majorHAnsi" w:hAnsiTheme="majorHAnsi" w:cstheme="majorHAnsi"/>
        </w:rPr>
        <w:t>_,</w:t>
      </w:r>
      <w:r w:rsidRPr="00891C12">
        <w:rPr>
          <w:rFonts w:asciiTheme="majorHAnsi" w:hAnsiTheme="majorHAnsi" w:cstheme="majorHAnsi"/>
          <w:b/>
        </w:rPr>
        <w:t xml:space="preserve"> nato/</w:t>
      </w:r>
      <w:proofErr w:type="gramStart"/>
      <w:r w:rsidRPr="00891C12">
        <w:rPr>
          <w:rFonts w:asciiTheme="majorHAnsi" w:hAnsiTheme="majorHAnsi" w:cstheme="majorHAnsi"/>
          <w:b/>
        </w:rPr>
        <w:t xml:space="preserve">a </w:t>
      </w:r>
      <w:r w:rsidRPr="00891C12">
        <w:rPr>
          <w:rFonts w:asciiTheme="majorHAnsi" w:hAnsiTheme="majorHAnsi" w:cstheme="majorHAnsi"/>
        </w:rPr>
        <w:t xml:space="preserve"> _</w:t>
      </w:r>
      <w:proofErr w:type="gramEnd"/>
      <w:r w:rsidRPr="00891C12">
        <w:rPr>
          <w:rFonts w:asciiTheme="majorHAnsi" w:hAnsiTheme="majorHAnsi" w:cstheme="majorHAnsi"/>
        </w:rPr>
        <w:t>__</w:t>
      </w:r>
      <w:r w:rsidRPr="00891C12">
        <w:rPr>
          <w:rFonts w:asciiTheme="majorHAnsi" w:hAnsiTheme="majorHAnsi" w:cstheme="majorHAnsi"/>
          <w:b/>
        </w:rPr>
        <w:t xml:space="preserve"> il </w:t>
      </w:r>
      <w:r w:rsidRPr="00891C12">
        <w:rPr>
          <w:rFonts w:asciiTheme="majorHAnsi" w:hAnsiTheme="majorHAnsi" w:cstheme="majorHAnsi"/>
        </w:rPr>
        <w:t>__</w:t>
      </w:r>
      <w:r w:rsidR="00891C12" w:rsidRPr="00891C12">
        <w:rPr>
          <w:rFonts w:asciiTheme="majorHAnsi" w:hAnsiTheme="majorHAnsi" w:cstheme="majorHAnsi"/>
        </w:rPr>
        <w:t>_,</w:t>
      </w:r>
      <w:r w:rsidRPr="00891C12">
        <w:rPr>
          <w:rFonts w:asciiTheme="majorHAnsi" w:hAnsiTheme="majorHAnsi" w:cstheme="majorHAnsi"/>
          <w:i/>
        </w:rPr>
        <w:t xml:space="preserve"> residente a </w:t>
      </w:r>
      <w:r w:rsidRPr="00891C12">
        <w:rPr>
          <w:rFonts w:asciiTheme="majorHAnsi" w:hAnsiTheme="majorHAnsi" w:cstheme="majorHAnsi"/>
        </w:rPr>
        <w:t>__</w:t>
      </w:r>
      <w:r w:rsidR="00E826DF" w:rsidRPr="00891C12">
        <w:rPr>
          <w:rFonts w:asciiTheme="majorHAnsi" w:hAnsiTheme="majorHAnsi" w:cstheme="majorHAnsi"/>
        </w:rPr>
        <w:t>_,</w:t>
      </w:r>
      <w:r w:rsidRPr="00891C12">
        <w:rPr>
          <w:rFonts w:asciiTheme="majorHAnsi" w:hAnsiTheme="majorHAnsi" w:cstheme="majorHAnsi"/>
          <w:b/>
        </w:rPr>
        <w:t xml:space="preserve"> CF </w:t>
      </w:r>
      <w:r w:rsidRPr="00891C12">
        <w:rPr>
          <w:rFonts w:asciiTheme="majorHAnsi" w:hAnsiTheme="majorHAnsi" w:cstheme="majorHAnsi"/>
        </w:rPr>
        <w:t>___ (d'ora in avanti l'"Apprendista")</w:t>
      </w:r>
    </w:p>
    <w:p w14:paraId="5704AB42" w14:textId="77777777" w:rsidR="00096A31" w:rsidRPr="00891C12" w:rsidRDefault="00000000" w:rsidP="00DA7051">
      <w:pPr>
        <w:jc w:val="center"/>
        <w:rPr>
          <w:rFonts w:asciiTheme="majorHAnsi" w:hAnsiTheme="majorHAnsi" w:cstheme="majorHAnsi"/>
        </w:rPr>
      </w:pPr>
      <w:r w:rsidRPr="00891C12">
        <w:rPr>
          <w:rFonts w:asciiTheme="majorHAnsi" w:hAnsiTheme="majorHAnsi" w:cstheme="majorHAnsi"/>
        </w:rPr>
        <w:t>CONVENGONO</w:t>
      </w:r>
    </w:p>
    <w:p w14:paraId="692AE2A8" w14:textId="0CB60BC3" w:rsidR="00096A31" w:rsidRPr="00891C12" w:rsidRDefault="00000000" w:rsidP="00DA7051">
      <w:pPr>
        <w:rPr>
          <w:rFonts w:asciiTheme="majorHAnsi" w:hAnsiTheme="majorHAnsi" w:cstheme="majorHAnsi"/>
        </w:rPr>
      </w:pPr>
      <w:r w:rsidRPr="00891C12">
        <w:rPr>
          <w:rFonts w:asciiTheme="majorHAnsi" w:hAnsiTheme="majorHAnsi" w:cstheme="majorHAnsi"/>
          <w:b/>
        </w:rPr>
        <w:t>Art. 1 –</w:t>
      </w:r>
      <w:r w:rsidRPr="00891C12">
        <w:rPr>
          <w:rFonts w:asciiTheme="majorHAnsi" w:hAnsiTheme="majorHAnsi" w:cstheme="majorHAnsi"/>
          <w:color w:val="4F81BD" w:themeColor="accent1"/>
        </w:rPr>
        <w:t xml:space="preserve"> </w:t>
      </w:r>
      <w:r w:rsidR="00D54ECD" w:rsidRPr="00891C12">
        <w:rPr>
          <w:rFonts w:asciiTheme="majorHAnsi" w:hAnsiTheme="majorHAnsi" w:cstheme="majorHAnsi"/>
          <w:b/>
        </w:rPr>
        <w:t>OGGETTO</w:t>
      </w:r>
    </w:p>
    <w:p w14:paraId="2D464583" w14:textId="6B4FDEDD" w:rsidR="00096A31" w:rsidRPr="00891C12" w:rsidRDefault="00000000" w:rsidP="00DA7051">
      <w:pPr>
        <w:jc w:val="both"/>
        <w:rPr>
          <w:rFonts w:asciiTheme="majorHAnsi" w:hAnsiTheme="majorHAnsi" w:cstheme="majorHAnsi"/>
        </w:rPr>
      </w:pPr>
      <w:r w:rsidRPr="00891C12">
        <w:rPr>
          <w:rFonts w:asciiTheme="majorHAnsi" w:hAnsiTheme="majorHAnsi" w:cstheme="majorHAnsi"/>
        </w:rPr>
        <w:t>In riferimento al Protocollo stipulato tra ___</w:t>
      </w:r>
      <w:r w:rsidR="00891C12">
        <w:rPr>
          <w:rFonts w:asciiTheme="majorHAnsi" w:hAnsiTheme="majorHAnsi" w:cstheme="majorHAnsi"/>
        </w:rPr>
        <w:t>____________</w:t>
      </w:r>
      <w:r w:rsidRPr="00891C12">
        <w:rPr>
          <w:rFonts w:asciiTheme="majorHAnsi" w:hAnsiTheme="majorHAnsi" w:cstheme="majorHAnsi"/>
          <w:b/>
        </w:rPr>
        <w:t xml:space="preserve"> </w:t>
      </w:r>
      <w:r w:rsidRPr="00891C12">
        <w:rPr>
          <w:rFonts w:asciiTheme="majorHAnsi" w:hAnsiTheme="majorHAnsi" w:cstheme="majorHAnsi"/>
          <w:color w:val="1F497D" w:themeColor="text2"/>
        </w:rPr>
        <w:t>[generalità dell'Istituzione formativa: denominazione, natura giuridica, sede, rappresentanza legale]</w:t>
      </w:r>
      <w:r w:rsidRPr="00891C12">
        <w:rPr>
          <w:rFonts w:asciiTheme="majorHAnsi" w:hAnsiTheme="majorHAnsi" w:cstheme="majorHAnsi"/>
          <w:b/>
        </w:rPr>
        <w:t xml:space="preserve"> e il Datore di Lavoro, le Parti convengono, </w:t>
      </w:r>
      <w:r w:rsidRPr="00891C12">
        <w:rPr>
          <w:rFonts w:asciiTheme="majorHAnsi" w:hAnsiTheme="majorHAnsi" w:cstheme="majorHAnsi"/>
          <w:bCs/>
        </w:rPr>
        <w:t>ai sensi degli artt. 41, 42, 43, 46 e 47, Capo V, del D. Lgs. n. 81/2015,</w:t>
      </w:r>
      <w:r w:rsidRPr="00891C12">
        <w:rPr>
          <w:rFonts w:asciiTheme="majorHAnsi" w:hAnsiTheme="majorHAnsi" w:cstheme="majorHAnsi"/>
          <w:b/>
        </w:rPr>
        <w:t xml:space="preserve"> </w:t>
      </w:r>
      <w:r w:rsidRPr="00891C12">
        <w:rPr>
          <w:rFonts w:asciiTheme="majorHAnsi" w:hAnsiTheme="majorHAnsi" w:cstheme="majorHAnsi"/>
          <w:bCs/>
        </w:rPr>
        <w:t>l'assunzione dell'</w:t>
      </w:r>
      <w:r w:rsidRPr="00891C12">
        <w:rPr>
          <w:rFonts w:asciiTheme="majorHAnsi" w:hAnsiTheme="majorHAnsi" w:cstheme="majorHAnsi"/>
          <w:b/>
        </w:rPr>
        <w:t>Apprendista</w:t>
      </w:r>
      <w:r w:rsidRPr="00891C12">
        <w:rPr>
          <w:rFonts w:asciiTheme="majorHAnsi" w:hAnsiTheme="majorHAnsi" w:cstheme="majorHAnsi"/>
          <w:bCs/>
        </w:rPr>
        <w:t xml:space="preserve"> alle dipendenze del Datore di Lavoro con</w:t>
      </w:r>
      <w:r w:rsidRPr="00891C12">
        <w:rPr>
          <w:rFonts w:asciiTheme="majorHAnsi" w:hAnsiTheme="majorHAnsi" w:cstheme="majorHAnsi"/>
          <w:b/>
        </w:rPr>
        <w:t xml:space="preserve"> decorrenza dal </w:t>
      </w:r>
      <w:r w:rsidRPr="00891C12">
        <w:rPr>
          <w:rFonts w:asciiTheme="majorHAnsi" w:hAnsiTheme="majorHAnsi" w:cstheme="majorHAnsi"/>
        </w:rPr>
        <w:t>__</w:t>
      </w:r>
      <w:r w:rsidR="00E826DF" w:rsidRPr="00891C12">
        <w:rPr>
          <w:rFonts w:asciiTheme="majorHAnsi" w:hAnsiTheme="majorHAnsi" w:cstheme="majorHAnsi"/>
        </w:rPr>
        <w:t>_,</w:t>
      </w:r>
      <w:r w:rsidRPr="00891C12">
        <w:rPr>
          <w:rFonts w:asciiTheme="majorHAnsi" w:hAnsiTheme="majorHAnsi" w:cstheme="majorHAnsi"/>
        </w:rPr>
        <w:t xml:space="preserve"> con contratto di apprendistato </w:t>
      </w:r>
      <w:r w:rsidR="00B83ED4" w:rsidRPr="00B83ED4">
        <w:rPr>
          <w:rFonts w:asciiTheme="majorHAnsi" w:hAnsiTheme="majorHAnsi" w:cstheme="majorHAnsi"/>
          <w:bCs/>
        </w:rPr>
        <w:t>di alta formazione e ricerca</w:t>
      </w:r>
      <w:r w:rsidRPr="00891C12">
        <w:rPr>
          <w:rFonts w:asciiTheme="majorHAnsi" w:hAnsiTheme="majorHAnsi" w:cstheme="majorHAnsi"/>
        </w:rPr>
        <w:t xml:space="preserve"> (apprendistato di </w:t>
      </w:r>
      <w:r w:rsidR="00B83ED4">
        <w:rPr>
          <w:rFonts w:asciiTheme="majorHAnsi" w:hAnsiTheme="majorHAnsi" w:cstheme="majorHAnsi"/>
        </w:rPr>
        <w:t>terz</w:t>
      </w:r>
      <w:r w:rsidRPr="00891C12">
        <w:rPr>
          <w:rFonts w:asciiTheme="majorHAnsi" w:hAnsiTheme="majorHAnsi" w:cstheme="majorHAnsi"/>
        </w:rPr>
        <w:t>o livello</w:t>
      </w:r>
      <w:r w:rsidR="00286E17" w:rsidRPr="00891C12">
        <w:rPr>
          <w:rFonts w:asciiTheme="majorHAnsi" w:hAnsiTheme="majorHAnsi" w:cstheme="majorHAnsi"/>
        </w:rPr>
        <w:t>)</w:t>
      </w:r>
      <w:r w:rsidR="0066146C">
        <w:rPr>
          <w:rFonts w:asciiTheme="majorHAnsi" w:hAnsiTheme="majorHAnsi" w:cstheme="majorHAnsi"/>
        </w:rPr>
        <w:t>.</w:t>
      </w:r>
    </w:p>
    <w:p w14:paraId="7BE57D71" w14:textId="02A0AE36" w:rsidR="00096A31" w:rsidRPr="00891C12" w:rsidRDefault="00000000" w:rsidP="00DA7051">
      <w:pPr>
        <w:rPr>
          <w:rFonts w:asciiTheme="majorHAnsi" w:hAnsiTheme="majorHAnsi" w:cstheme="majorHAnsi"/>
        </w:rPr>
      </w:pPr>
      <w:r w:rsidRPr="00891C12">
        <w:rPr>
          <w:rFonts w:asciiTheme="majorHAnsi" w:hAnsiTheme="majorHAnsi" w:cstheme="majorHAnsi"/>
          <w:b/>
        </w:rPr>
        <w:t xml:space="preserve">Art. 2 – </w:t>
      </w:r>
      <w:r w:rsidR="00D54ECD" w:rsidRPr="00891C12">
        <w:rPr>
          <w:rFonts w:asciiTheme="majorHAnsi" w:hAnsiTheme="majorHAnsi" w:cstheme="majorHAnsi"/>
          <w:b/>
        </w:rPr>
        <w:t xml:space="preserve">DURATA E PERIODO DI </w:t>
      </w:r>
      <w:r w:rsidR="00235655" w:rsidRPr="00891C12">
        <w:rPr>
          <w:rFonts w:asciiTheme="majorHAnsi" w:hAnsiTheme="majorHAnsi" w:cstheme="majorHAnsi"/>
          <w:b/>
        </w:rPr>
        <w:t xml:space="preserve">PROVA </w:t>
      </w:r>
    </w:p>
    <w:p w14:paraId="2E0A4380" w14:textId="1B359285" w:rsidR="00096A31" w:rsidRPr="00891C12" w:rsidRDefault="00000000" w:rsidP="00DA7051">
      <w:pPr>
        <w:jc w:val="both"/>
        <w:rPr>
          <w:rFonts w:asciiTheme="majorHAnsi" w:hAnsiTheme="majorHAnsi" w:cstheme="majorHAnsi"/>
        </w:rPr>
      </w:pPr>
      <w:r w:rsidRPr="00891C12">
        <w:rPr>
          <w:rFonts w:asciiTheme="majorHAnsi" w:hAnsiTheme="majorHAnsi" w:cstheme="majorHAnsi"/>
        </w:rPr>
        <w:t>Il contratto di apprendistato è finalizzato al conseguimento del titolo di ___</w:t>
      </w:r>
      <w:r w:rsidRPr="00891C12">
        <w:rPr>
          <w:rFonts w:asciiTheme="majorHAnsi" w:hAnsiTheme="majorHAnsi" w:cstheme="majorHAnsi"/>
          <w:b/>
        </w:rPr>
        <w:t xml:space="preserve"> </w:t>
      </w:r>
      <w:r w:rsidRPr="00891C12">
        <w:rPr>
          <w:rFonts w:asciiTheme="majorHAnsi" w:hAnsiTheme="majorHAnsi" w:cstheme="majorHAnsi"/>
          <w:color w:val="1F497D" w:themeColor="text2"/>
        </w:rPr>
        <w:t>[indicare il titolo di studio connesso al percorso di apprendistato]</w:t>
      </w:r>
      <w:r w:rsidRPr="00891C12">
        <w:rPr>
          <w:rFonts w:asciiTheme="majorHAnsi" w:hAnsiTheme="majorHAnsi" w:cstheme="majorHAnsi"/>
          <w:b/>
        </w:rPr>
        <w:t>. La durata del contratto</w:t>
      </w:r>
      <w:r w:rsidRPr="00891C12">
        <w:rPr>
          <w:rFonts w:asciiTheme="majorHAnsi" w:hAnsiTheme="majorHAnsi" w:cstheme="majorHAnsi"/>
        </w:rPr>
        <w:t xml:space="preserve">, pari a quella del percorso formativo, è </w:t>
      </w:r>
      <w:r w:rsidRPr="00891C12">
        <w:rPr>
          <w:rFonts w:asciiTheme="majorHAnsi" w:hAnsiTheme="majorHAnsi" w:cstheme="majorHAnsi"/>
          <w:b/>
          <w:bCs/>
        </w:rPr>
        <w:t>di ___ mesi</w:t>
      </w:r>
      <w:r w:rsidRPr="00891C12">
        <w:rPr>
          <w:rFonts w:asciiTheme="majorHAnsi" w:hAnsiTheme="majorHAnsi" w:cstheme="majorHAnsi"/>
          <w:b/>
        </w:rPr>
        <w:t xml:space="preserve">, </w:t>
      </w:r>
      <w:r w:rsidRPr="00891C12">
        <w:rPr>
          <w:rFonts w:asciiTheme="majorHAnsi" w:hAnsiTheme="majorHAnsi" w:cstheme="majorHAnsi"/>
          <w:bCs/>
        </w:rPr>
        <w:t>ai sensi dell'art. 42, comma 2, del D. Lgs. n. 81/2015</w:t>
      </w:r>
      <w:r w:rsidR="00E826DF" w:rsidRPr="00891C12">
        <w:rPr>
          <w:rFonts w:asciiTheme="majorHAnsi" w:hAnsiTheme="majorHAnsi" w:cstheme="majorHAnsi"/>
        </w:rPr>
        <w:t>.</w:t>
      </w:r>
    </w:p>
    <w:p w14:paraId="5ACC4B42" w14:textId="25D9064C"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Il piano formativo individuale </w:t>
      </w:r>
      <w:r w:rsidR="00D54ECD" w:rsidRPr="00891C12">
        <w:rPr>
          <w:rFonts w:asciiTheme="majorHAnsi" w:hAnsiTheme="majorHAnsi" w:cstheme="majorHAnsi"/>
        </w:rPr>
        <w:t>previsto viene</w:t>
      </w:r>
      <w:r w:rsidRPr="00891C12">
        <w:rPr>
          <w:rFonts w:asciiTheme="majorHAnsi" w:hAnsiTheme="majorHAnsi" w:cstheme="majorHAnsi"/>
        </w:rPr>
        <w:t xml:space="preserve"> allegato al presente contratto e ne costituisce parte integrante e sostanziale</w:t>
      </w:r>
      <w:r w:rsidR="00D54ECD" w:rsidRPr="00891C12">
        <w:rPr>
          <w:rFonts w:asciiTheme="majorHAnsi" w:hAnsiTheme="majorHAnsi" w:cstheme="majorHAnsi"/>
        </w:rPr>
        <w:t>, sarà</w:t>
      </w:r>
      <w:r w:rsidRPr="00891C12">
        <w:rPr>
          <w:rFonts w:asciiTheme="majorHAnsi" w:hAnsiTheme="majorHAnsi" w:cstheme="majorHAnsi"/>
        </w:rPr>
        <w:t xml:space="preserve"> attuato dall'Istituzione formativa ___ e dall'impresa secondo quanto previsto nel Protocollo di cui all'art. 1 e nel D.M. 12 ottobre 2015 (pubblicato in G.U. n. 296 del 21 dicembre 2015).</w:t>
      </w:r>
    </w:p>
    <w:p w14:paraId="6A7000EF" w14:textId="0E6E8851"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L'assunzione </w:t>
      </w:r>
      <w:r w:rsidR="00D54ECD" w:rsidRPr="00891C12">
        <w:rPr>
          <w:rFonts w:asciiTheme="majorHAnsi" w:hAnsiTheme="majorHAnsi" w:cstheme="majorHAnsi"/>
        </w:rPr>
        <w:t xml:space="preserve">dell'Apprendista </w:t>
      </w:r>
      <w:r w:rsidRPr="00891C12">
        <w:rPr>
          <w:rFonts w:asciiTheme="majorHAnsi" w:hAnsiTheme="majorHAnsi" w:cstheme="majorHAnsi"/>
        </w:rPr>
        <w:t xml:space="preserve">è subordinata al positivo superamento di un </w:t>
      </w:r>
      <w:r w:rsidRPr="00891C12">
        <w:rPr>
          <w:rFonts w:asciiTheme="majorHAnsi" w:hAnsiTheme="majorHAnsi" w:cstheme="majorHAnsi"/>
          <w:b/>
          <w:bCs/>
        </w:rPr>
        <w:t>periodo di prova di __</w:t>
      </w:r>
      <w:r w:rsidR="00DB6FF0" w:rsidRPr="00891C12">
        <w:rPr>
          <w:rFonts w:asciiTheme="majorHAnsi" w:hAnsiTheme="majorHAnsi" w:cstheme="majorHAnsi"/>
          <w:b/>
          <w:bCs/>
        </w:rPr>
        <w:t>_,</w:t>
      </w:r>
      <w:r w:rsidRPr="00891C12">
        <w:rPr>
          <w:rFonts w:asciiTheme="majorHAnsi" w:hAnsiTheme="majorHAnsi" w:cstheme="majorHAnsi"/>
        </w:rPr>
        <w:t xml:space="preserve"> durante il quale ciascuna delle Parti sarà libera di recedere senza obbligo di preavviso, ai sensi dell'art. 2096 c.c. La durata del periodo di prova è stabilita nel rispetto dei limiti previsti dal CCNL applicato e, in ogni caso, in misura proporzionata alla durata del contratto e alle mansioni da svolgere, ai sensi dell'art. 7 del D. Lgs. n. 104/2022.</w:t>
      </w:r>
    </w:p>
    <w:p w14:paraId="65E0C87C" w14:textId="2FE66ACD"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Durante il periodo di apprendistato trovano applicazione le sanzioni previste dalla normativa vigente per il licenziamento illegittimo, ai sensi dell'art. 42, comma 3, del D. Lgs. n. 81/2015. Trattandosi di rapporto di lavoro a tempo indeterminato instaurato successivamente al 7 marzo </w:t>
      </w:r>
      <w:r w:rsidRPr="00891C12">
        <w:rPr>
          <w:rFonts w:asciiTheme="majorHAnsi" w:hAnsiTheme="majorHAnsi" w:cstheme="majorHAnsi"/>
        </w:rPr>
        <w:lastRenderedPageBreak/>
        <w:t xml:space="preserve">2015, il regime sanzionatorio applicabile è quello di cui al D. Lgs. n. 23/2015, ivi comprese le ipotesi di tutela reintegratoria e di nullità previste dagli artt. 2 e 3 del medesimo decreto. </w:t>
      </w:r>
    </w:p>
    <w:p w14:paraId="7B7819F4" w14:textId="5A572572" w:rsidR="00096A31" w:rsidRPr="00891C12" w:rsidRDefault="00000000" w:rsidP="00DA7051">
      <w:pPr>
        <w:jc w:val="both"/>
        <w:rPr>
          <w:rFonts w:asciiTheme="majorHAnsi" w:hAnsiTheme="majorHAnsi" w:cstheme="majorHAnsi"/>
          <w:b/>
        </w:rPr>
      </w:pPr>
      <w:r w:rsidRPr="00891C12">
        <w:rPr>
          <w:rFonts w:asciiTheme="majorHAnsi" w:hAnsiTheme="majorHAnsi" w:cstheme="majorHAnsi"/>
          <w:b/>
        </w:rPr>
        <w:t xml:space="preserve">Art. 3 – </w:t>
      </w:r>
      <w:r w:rsidR="00235655" w:rsidRPr="00891C12">
        <w:rPr>
          <w:rFonts w:asciiTheme="majorHAnsi" w:hAnsiTheme="majorHAnsi" w:cstheme="majorHAnsi"/>
          <w:b/>
        </w:rPr>
        <w:t>RECESSO AL TERMINE DEL PERIODO E PREAVVISO</w:t>
      </w:r>
    </w:p>
    <w:p w14:paraId="4988AED6" w14:textId="449CBAF4" w:rsidR="00096A31" w:rsidRPr="00891C12" w:rsidRDefault="00B522F5" w:rsidP="00235655">
      <w:pPr>
        <w:jc w:val="both"/>
        <w:rPr>
          <w:rFonts w:asciiTheme="majorHAnsi" w:hAnsiTheme="majorHAnsi" w:cstheme="majorHAnsi"/>
        </w:rPr>
      </w:pPr>
      <w:r w:rsidRPr="00891C12">
        <w:rPr>
          <w:rFonts w:asciiTheme="majorHAnsi" w:hAnsiTheme="majorHAnsi" w:cstheme="majorHAnsi"/>
        </w:rPr>
        <w:t xml:space="preserve">Al termine del periodo di apprendistato, coincidente con la comunicazione dell'esito dell'esame finale per il conseguimento del titolo di studio, ciascuna delle Parti può recedere dal rapporto ai sensi dell'art. 2118 c.c. e dell'art. 42, comma 4, del D. Lgs. n. 81/2015, con </w:t>
      </w:r>
      <w:r w:rsidRPr="00891C12">
        <w:rPr>
          <w:rFonts w:asciiTheme="majorHAnsi" w:hAnsiTheme="majorHAnsi" w:cstheme="majorHAnsi"/>
          <w:b/>
          <w:bCs/>
        </w:rPr>
        <w:t>preavviso decorrente dal medesimo termine e di durata pari a ___ giorni</w:t>
      </w:r>
      <w:r w:rsidRPr="00891C12">
        <w:rPr>
          <w:rFonts w:asciiTheme="majorHAnsi" w:hAnsiTheme="majorHAnsi" w:cstheme="majorHAnsi"/>
        </w:rPr>
        <w:t>, secondo quanto previsto dal CCNL applicato. Durante il periodo di preavviso continua a trovare applicazione la disciplina del contratto di apprendistato. A tal fine, l'Istituzione formativa comunica tempestivamente al Datore di Lavoro, tramite PEC, l'esito dell'esame finale.</w:t>
      </w:r>
    </w:p>
    <w:p w14:paraId="527D3B0A" w14:textId="77777777" w:rsidR="00096A31" w:rsidRPr="00891C12" w:rsidRDefault="00000000" w:rsidP="00DA7051">
      <w:pPr>
        <w:jc w:val="both"/>
        <w:rPr>
          <w:rFonts w:asciiTheme="majorHAnsi" w:hAnsiTheme="majorHAnsi" w:cstheme="majorHAnsi"/>
        </w:rPr>
      </w:pPr>
      <w:r w:rsidRPr="00891C12">
        <w:rPr>
          <w:rFonts w:asciiTheme="majorHAnsi" w:hAnsiTheme="majorHAnsi" w:cstheme="majorHAnsi"/>
        </w:rPr>
        <w:t>In assenza di recesso, il rapporto prosegue come ordinario rapporto di lavoro subordinato a tempo indeterminato, con applicazione del regime di cui al D. Lgs. n. 23/2015.</w:t>
      </w:r>
    </w:p>
    <w:p w14:paraId="294EE087" w14:textId="1BCCBCC1" w:rsidR="00096A31" w:rsidRPr="00891C12" w:rsidRDefault="00000000" w:rsidP="00DA7051">
      <w:pPr>
        <w:jc w:val="both"/>
        <w:rPr>
          <w:rFonts w:asciiTheme="majorHAnsi" w:hAnsiTheme="majorHAnsi" w:cstheme="majorHAnsi"/>
          <w:b/>
        </w:rPr>
      </w:pPr>
      <w:r w:rsidRPr="00891C12">
        <w:rPr>
          <w:rFonts w:asciiTheme="majorHAnsi" w:hAnsiTheme="majorHAnsi" w:cstheme="majorHAnsi"/>
          <w:b/>
        </w:rPr>
        <w:t>Art. 4 –</w:t>
      </w:r>
      <w:r w:rsidR="00E826DF" w:rsidRPr="00891C12">
        <w:rPr>
          <w:rFonts w:asciiTheme="majorHAnsi" w:hAnsiTheme="majorHAnsi" w:cstheme="majorHAnsi"/>
          <w:b/>
        </w:rPr>
        <w:t xml:space="preserve"> </w:t>
      </w:r>
      <w:r w:rsidR="00235655" w:rsidRPr="00891C12">
        <w:rPr>
          <w:rFonts w:asciiTheme="majorHAnsi" w:hAnsiTheme="majorHAnsi" w:cstheme="majorHAnsi"/>
          <w:b/>
        </w:rPr>
        <w:t>FERIE E CONGEDI RETRIBUITI</w:t>
      </w:r>
    </w:p>
    <w:p w14:paraId="5208521D" w14:textId="3C4C37ED" w:rsidR="00096A31" w:rsidRPr="00891C12" w:rsidRDefault="00000000" w:rsidP="00DA7051">
      <w:pPr>
        <w:jc w:val="both"/>
        <w:rPr>
          <w:rFonts w:asciiTheme="majorHAnsi" w:hAnsiTheme="majorHAnsi" w:cstheme="majorHAnsi"/>
        </w:rPr>
      </w:pPr>
      <w:r w:rsidRPr="00891C12">
        <w:rPr>
          <w:rFonts w:asciiTheme="majorHAnsi" w:hAnsiTheme="majorHAnsi" w:cstheme="majorHAnsi"/>
        </w:rPr>
        <w:t>Il lavoratore ha diritto di fruire del congedo per ferie, nonché degli altri congedi retribuiti previsti dalla normativa vigente e dal CCNL applicato, cui si fa espresso rinvio.</w:t>
      </w:r>
    </w:p>
    <w:p w14:paraId="24430FC8" w14:textId="530A42C2" w:rsidR="00096A31" w:rsidRPr="00891C12" w:rsidRDefault="00000000" w:rsidP="00DA7051">
      <w:pPr>
        <w:jc w:val="both"/>
        <w:rPr>
          <w:rFonts w:asciiTheme="majorHAnsi" w:hAnsiTheme="majorHAnsi" w:cstheme="majorHAnsi"/>
          <w:b/>
        </w:rPr>
      </w:pPr>
      <w:r w:rsidRPr="00891C12">
        <w:rPr>
          <w:rFonts w:asciiTheme="majorHAnsi" w:hAnsiTheme="majorHAnsi" w:cstheme="majorHAnsi"/>
          <w:b/>
        </w:rPr>
        <w:t xml:space="preserve">Art. 5 </w:t>
      </w:r>
      <w:r w:rsidR="00235655" w:rsidRPr="00891C12">
        <w:rPr>
          <w:rFonts w:asciiTheme="majorHAnsi" w:hAnsiTheme="majorHAnsi" w:cstheme="majorHAnsi"/>
          <w:b/>
        </w:rPr>
        <w:t>– MANSIONI, INQUADRAMENTO E RETRIBUZIONE</w:t>
      </w:r>
    </w:p>
    <w:p w14:paraId="3BC13F0D" w14:textId="6B690964" w:rsidR="00096A31" w:rsidRPr="00891C12" w:rsidRDefault="00D54ECD" w:rsidP="00DB6FF0">
      <w:pPr>
        <w:pStyle w:val="Puntoelenco"/>
        <w:numPr>
          <w:ilvl w:val="0"/>
          <w:numId w:val="0"/>
        </w:numPr>
        <w:jc w:val="both"/>
        <w:rPr>
          <w:rFonts w:asciiTheme="majorHAnsi" w:hAnsiTheme="majorHAnsi" w:cstheme="majorHAnsi"/>
          <w:strike/>
        </w:rPr>
      </w:pPr>
      <w:r w:rsidRPr="00891C12">
        <w:rPr>
          <w:rFonts w:asciiTheme="majorHAnsi" w:hAnsiTheme="majorHAnsi" w:cstheme="majorHAnsi"/>
        </w:rPr>
        <w:t>L'Apprendista è inquadrato al livello ___ del CCNL ___ applicato e sarà adibito alle mansioni</w:t>
      </w:r>
      <w:r w:rsidR="00DB6FF0" w:rsidRPr="00891C12">
        <w:rPr>
          <w:rFonts w:asciiTheme="majorHAnsi" w:hAnsiTheme="majorHAnsi" w:cstheme="majorHAnsi"/>
        </w:rPr>
        <w:t xml:space="preserve"> ivi previste.</w:t>
      </w:r>
      <w:r w:rsidRPr="00891C12">
        <w:rPr>
          <w:rFonts w:asciiTheme="majorHAnsi" w:hAnsiTheme="majorHAnsi" w:cstheme="majorHAnsi"/>
        </w:rPr>
        <w:t xml:space="preserve"> Ai sensi dell'art. 42, comma 5, lettera b), del D. Lgs. n. 81/2015, l'inquadramento può avvenire fino a due livelli inferiori rispetto a quello spettante in applicazione del CCNL ai lavoratori addetti a mansioni che richiedono qualificazioni corrispondenti a quelle al cui conseguimento è finalizzato il contratto, ovvero, in alternativa, la retribuzione può essere stabilita in misura percentuale e proporzionata all'anzianità di servizio</w:t>
      </w:r>
      <w:r w:rsidR="00DB6FF0" w:rsidRPr="00891C12">
        <w:rPr>
          <w:rFonts w:asciiTheme="majorHAnsi" w:hAnsiTheme="majorHAnsi" w:cstheme="majorHAnsi"/>
        </w:rPr>
        <w:t xml:space="preserve"> </w:t>
      </w:r>
      <w:r w:rsidR="00DB6FF0" w:rsidRPr="00891C12">
        <w:rPr>
          <w:rFonts w:asciiTheme="majorHAnsi" w:hAnsiTheme="majorHAnsi" w:cstheme="majorHAnsi"/>
          <w:color w:val="365F91" w:themeColor="accent1" w:themeShade="BF"/>
        </w:rPr>
        <w:t>[specificare quale delle due fattispecie è prevista dal CCNL applicato]</w:t>
      </w:r>
      <w:r w:rsidRPr="00891C12">
        <w:rPr>
          <w:rFonts w:asciiTheme="majorHAnsi" w:hAnsiTheme="majorHAnsi" w:cstheme="majorHAnsi"/>
        </w:rPr>
        <w:t>.</w:t>
      </w:r>
    </w:p>
    <w:p w14:paraId="7F9CB5ED" w14:textId="3ABB4B35" w:rsidR="00096A31" w:rsidRPr="00891C12" w:rsidRDefault="00000000">
      <w:pPr>
        <w:rPr>
          <w:rFonts w:asciiTheme="majorHAnsi" w:hAnsiTheme="majorHAnsi" w:cstheme="majorHAnsi"/>
        </w:rPr>
      </w:pPr>
      <w:r w:rsidRPr="00891C12">
        <w:rPr>
          <w:rFonts w:asciiTheme="majorHAnsi" w:hAnsiTheme="majorHAnsi" w:cstheme="majorHAnsi"/>
        </w:rPr>
        <w:t xml:space="preserve">Ai sensi </w:t>
      </w:r>
      <w:r w:rsidRPr="0087524C">
        <w:rPr>
          <w:rFonts w:asciiTheme="majorHAnsi" w:hAnsiTheme="majorHAnsi" w:cstheme="majorHAnsi"/>
        </w:rPr>
        <w:t>dell'art. 43, comma 7, del D. Lgs. n. 81/2015:</w:t>
      </w:r>
    </w:p>
    <w:p w14:paraId="39FC4DFE" w14:textId="399075D8" w:rsidR="00096A31" w:rsidRPr="00891C12" w:rsidRDefault="00000000" w:rsidP="00DA7051">
      <w:pPr>
        <w:pStyle w:val="Puntoelenco"/>
        <w:jc w:val="both"/>
        <w:rPr>
          <w:rFonts w:asciiTheme="majorHAnsi" w:hAnsiTheme="majorHAnsi" w:cstheme="majorHAnsi"/>
        </w:rPr>
      </w:pPr>
      <w:r w:rsidRPr="00891C12">
        <w:rPr>
          <w:rFonts w:asciiTheme="majorHAnsi" w:hAnsiTheme="majorHAnsi" w:cstheme="majorHAnsi"/>
        </w:rPr>
        <w:t>per le ore di formazione svolte presso l'Istituzione formativa, il Datore di Lavoro è esonerato da ogni obbligo retributivo;</w:t>
      </w:r>
    </w:p>
    <w:p w14:paraId="24FAE2A1" w14:textId="77777777" w:rsidR="001C3438" w:rsidRPr="00191CBC" w:rsidRDefault="001C3438" w:rsidP="001C3438">
      <w:pPr>
        <w:pStyle w:val="Puntoelenco"/>
        <w:jc w:val="both"/>
        <w:rPr>
          <w:rFonts w:asciiTheme="majorHAnsi" w:hAnsiTheme="majorHAnsi" w:cstheme="majorHAnsi"/>
        </w:rPr>
      </w:pPr>
      <w:r w:rsidRPr="00191CBC">
        <w:rPr>
          <w:rFonts w:asciiTheme="majorHAnsi" w:hAnsiTheme="majorHAnsi" w:cstheme="majorHAnsi"/>
        </w:rPr>
        <w:t xml:space="preserve">per le ore di formazione a carico del Datore di Lavoro (formazione interna all'impresa) è riconosciuta all'Apprendista una retribuzione pari al 10% di quella </w:t>
      </w:r>
      <w:r>
        <w:rPr>
          <w:rFonts w:asciiTheme="majorHAnsi" w:hAnsiTheme="majorHAnsi" w:cstheme="majorHAnsi"/>
        </w:rPr>
        <w:t>prevista per questa fattispecie contrattuale dal CCNL o accordo interconfederale applicato</w:t>
      </w:r>
      <w:r w:rsidRPr="00191CBC">
        <w:rPr>
          <w:rFonts w:asciiTheme="majorHAnsi" w:hAnsiTheme="majorHAnsi" w:cstheme="majorHAnsi"/>
        </w:rPr>
        <w:t>;</w:t>
      </w:r>
    </w:p>
    <w:p w14:paraId="47D50C62" w14:textId="77777777" w:rsidR="001C3438" w:rsidRPr="00191CBC" w:rsidRDefault="001C3438" w:rsidP="001C3438">
      <w:pPr>
        <w:pStyle w:val="Puntoelenco"/>
        <w:jc w:val="both"/>
        <w:rPr>
          <w:rFonts w:asciiTheme="majorHAnsi" w:hAnsiTheme="majorHAnsi" w:cstheme="majorHAnsi"/>
        </w:rPr>
      </w:pPr>
      <w:r w:rsidRPr="00191CBC">
        <w:rPr>
          <w:rFonts w:asciiTheme="majorHAnsi" w:hAnsiTheme="majorHAnsi" w:cstheme="majorHAnsi"/>
        </w:rPr>
        <w:t>sono fatte salve le diverse previsioni dei contratti collettivi.</w:t>
      </w:r>
    </w:p>
    <w:p w14:paraId="5348F9E5" w14:textId="77777777" w:rsidR="001C3438" w:rsidRPr="009672DA" w:rsidRDefault="001C3438" w:rsidP="001C3438">
      <w:pPr>
        <w:pStyle w:val="Puntoelenco"/>
        <w:jc w:val="both"/>
        <w:rPr>
          <w:rFonts w:asciiTheme="majorHAnsi" w:hAnsiTheme="majorHAnsi" w:cstheme="majorHAnsi"/>
        </w:rPr>
      </w:pPr>
      <w:r w:rsidRPr="009672DA">
        <w:rPr>
          <w:rFonts w:asciiTheme="majorHAnsi" w:hAnsiTheme="majorHAnsi" w:cstheme="majorHAnsi"/>
        </w:rPr>
        <w:t xml:space="preserve">Per le ore di lavoro, eccedenti a quelle dedicate alla formazione interna ed esterna, la retribuzione è determinata facendo riferimento a quella prevista per questa fattispecie contrattuale dal CCNL o accordo interconfederale applicato. </w:t>
      </w:r>
    </w:p>
    <w:p w14:paraId="35907F84" w14:textId="05033E69" w:rsidR="00096A31" w:rsidRPr="00891C12" w:rsidRDefault="00000000" w:rsidP="001D3368">
      <w:pPr>
        <w:pStyle w:val="Puntoelenco"/>
        <w:numPr>
          <w:ilvl w:val="0"/>
          <w:numId w:val="0"/>
        </w:numPr>
        <w:jc w:val="both"/>
        <w:rPr>
          <w:rFonts w:asciiTheme="majorHAnsi" w:hAnsiTheme="majorHAnsi" w:cstheme="majorHAnsi"/>
          <w:color w:val="365F91" w:themeColor="accent1" w:themeShade="BF"/>
        </w:rPr>
      </w:pPr>
      <w:r w:rsidRPr="00BB5AD3">
        <w:rPr>
          <w:rFonts w:asciiTheme="majorHAnsi" w:hAnsiTheme="majorHAnsi" w:cstheme="majorHAnsi"/>
        </w:rPr>
        <w:t xml:space="preserve">Resta ferma la facoltà del Datore di Lavoro di riconoscere un trattamento retributivo di miglior favore rispetto a quello previsto dalla normativa e dalla contrattazione collettiva applicabile. La contribuzione previdenziale è calcolata sulla retribuzione effettivamente corrisposta, nel rispetto </w:t>
      </w:r>
      <w:r w:rsidRPr="00BB5AD3">
        <w:rPr>
          <w:rFonts w:asciiTheme="majorHAnsi" w:hAnsiTheme="majorHAnsi" w:cstheme="majorHAnsi"/>
        </w:rPr>
        <w:lastRenderedPageBreak/>
        <w:t>dei minimi retributivi applicabili.</w:t>
      </w:r>
      <w:r w:rsidRPr="00BB5AD3">
        <w:rPr>
          <w:rFonts w:asciiTheme="majorHAnsi" w:hAnsiTheme="majorHAnsi" w:cstheme="majorHAnsi"/>
          <w:color w:val="365F91" w:themeColor="accent1" w:themeShade="BF"/>
        </w:rPr>
        <w:t xml:space="preserve"> [Specificare l'eventuale retribuzione di maggior favore riconosciuta]</w:t>
      </w:r>
    </w:p>
    <w:p w14:paraId="0378C492" w14:textId="739AAC8C" w:rsidR="00096A31" w:rsidRPr="00891C12" w:rsidRDefault="00000000" w:rsidP="00DA7051">
      <w:pPr>
        <w:pStyle w:val="Puntoelenco"/>
        <w:numPr>
          <w:ilvl w:val="0"/>
          <w:numId w:val="0"/>
        </w:numPr>
        <w:jc w:val="both"/>
        <w:rPr>
          <w:rFonts w:asciiTheme="majorHAnsi" w:hAnsiTheme="majorHAnsi" w:cstheme="majorHAnsi"/>
        </w:rPr>
      </w:pPr>
      <w:r w:rsidRPr="00891C12">
        <w:rPr>
          <w:rFonts w:asciiTheme="majorHAnsi" w:hAnsiTheme="majorHAnsi" w:cstheme="majorHAnsi"/>
        </w:rPr>
        <w:t>La retribuzione oraria lorda spettante all'Apprendista per il livello di inquadramento di cui al presente articolo è determinata sulla base degli elementi retributivi previsti dal CCNL ___ applicato, secondo il seguente schema:</w:t>
      </w:r>
    </w:p>
    <w:tbl>
      <w:tblPr>
        <w:tblW w:w="5036" w:type="dxa"/>
        <w:tblLook w:val="04A0" w:firstRow="1" w:lastRow="0" w:firstColumn="1" w:lastColumn="0" w:noHBand="0" w:noVBand="1"/>
      </w:tblPr>
      <w:tblGrid>
        <w:gridCol w:w="3000"/>
        <w:gridCol w:w="2036"/>
      </w:tblGrid>
      <w:tr w:rsidR="00096A31" w:rsidRPr="00891C12" w14:paraId="6EB3BAF4" w14:textId="77777777" w:rsidTr="00DA7051">
        <w:tc>
          <w:tcPr>
            <w:tcW w:w="3000" w:type="dxa"/>
            <w:shd w:val="clear" w:color="auto" w:fill="D9D9D9"/>
          </w:tcPr>
          <w:p w14:paraId="4B19D1CE" w14:textId="77777777" w:rsidR="00096A31" w:rsidRPr="00891C12" w:rsidRDefault="00000000">
            <w:pPr>
              <w:rPr>
                <w:rFonts w:asciiTheme="majorHAnsi" w:hAnsiTheme="majorHAnsi" w:cstheme="majorHAnsi"/>
                <w:b/>
              </w:rPr>
            </w:pPr>
            <w:r w:rsidRPr="00891C12">
              <w:rPr>
                <w:rFonts w:asciiTheme="majorHAnsi" w:hAnsiTheme="majorHAnsi" w:cstheme="majorHAnsi"/>
                <w:b/>
              </w:rPr>
              <w:t>Voce retributiva</w:t>
            </w:r>
          </w:p>
        </w:tc>
        <w:tc>
          <w:tcPr>
            <w:tcW w:w="2036" w:type="dxa"/>
            <w:shd w:val="clear" w:color="auto" w:fill="D9D9D9"/>
          </w:tcPr>
          <w:p w14:paraId="3892B197" w14:textId="77777777" w:rsidR="00096A31" w:rsidRPr="00891C12" w:rsidRDefault="00000000">
            <w:pPr>
              <w:rPr>
                <w:rFonts w:asciiTheme="majorHAnsi" w:hAnsiTheme="majorHAnsi" w:cstheme="majorHAnsi"/>
                <w:b/>
              </w:rPr>
            </w:pPr>
            <w:r w:rsidRPr="00891C12">
              <w:rPr>
                <w:rFonts w:asciiTheme="majorHAnsi" w:hAnsiTheme="majorHAnsi" w:cstheme="majorHAnsi"/>
                <w:b/>
              </w:rPr>
              <w:t>Importo orario</w:t>
            </w:r>
          </w:p>
        </w:tc>
      </w:tr>
      <w:tr w:rsidR="00096A31" w:rsidRPr="00891C12" w14:paraId="32BBEF9C" w14:textId="77777777" w:rsidTr="00DA7051">
        <w:tc>
          <w:tcPr>
            <w:tcW w:w="3000" w:type="dxa"/>
          </w:tcPr>
          <w:p w14:paraId="00181F53" w14:textId="77777777" w:rsidR="00096A31" w:rsidRPr="00891C12" w:rsidRDefault="00000000">
            <w:pPr>
              <w:rPr>
                <w:rFonts w:asciiTheme="majorHAnsi" w:hAnsiTheme="majorHAnsi" w:cstheme="majorHAnsi"/>
              </w:rPr>
            </w:pPr>
            <w:r w:rsidRPr="00891C12">
              <w:rPr>
                <w:rFonts w:asciiTheme="majorHAnsi" w:hAnsiTheme="majorHAnsi" w:cstheme="majorHAnsi"/>
              </w:rPr>
              <w:t>Paga base</w:t>
            </w:r>
          </w:p>
        </w:tc>
        <w:tc>
          <w:tcPr>
            <w:tcW w:w="2036" w:type="dxa"/>
          </w:tcPr>
          <w:p w14:paraId="38767038" w14:textId="77777777" w:rsidR="00096A31" w:rsidRPr="00891C12" w:rsidRDefault="00000000">
            <w:pPr>
              <w:rPr>
                <w:rFonts w:asciiTheme="majorHAnsi" w:hAnsiTheme="majorHAnsi" w:cstheme="majorHAnsi"/>
              </w:rPr>
            </w:pPr>
            <w:r w:rsidRPr="00891C12">
              <w:rPr>
                <w:rFonts w:asciiTheme="majorHAnsi" w:hAnsiTheme="majorHAnsi" w:cstheme="majorHAnsi"/>
              </w:rPr>
              <w:t>€ ___</w:t>
            </w:r>
          </w:p>
        </w:tc>
      </w:tr>
      <w:tr w:rsidR="00096A31" w:rsidRPr="00891C12" w14:paraId="4F63D69F" w14:textId="77777777" w:rsidTr="00DA7051">
        <w:tc>
          <w:tcPr>
            <w:tcW w:w="3000" w:type="dxa"/>
          </w:tcPr>
          <w:p w14:paraId="6EE3FDEC" w14:textId="77777777" w:rsidR="00096A31" w:rsidRPr="00891C12" w:rsidRDefault="00000000">
            <w:pPr>
              <w:rPr>
                <w:rFonts w:asciiTheme="majorHAnsi" w:hAnsiTheme="majorHAnsi" w:cstheme="majorHAnsi"/>
              </w:rPr>
            </w:pPr>
            <w:r w:rsidRPr="00891C12">
              <w:rPr>
                <w:rFonts w:asciiTheme="majorHAnsi" w:hAnsiTheme="majorHAnsi" w:cstheme="majorHAnsi"/>
              </w:rPr>
              <w:t>Altri elementi retributivi previsti dal CCNL (es. ERP, EDR, elemento di garanzia retributiva</w:t>
            </w:r>
            <w:r w:rsidR="00A436F8" w:rsidRPr="00891C12">
              <w:rPr>
                <w:rFonts w:asciiTheme="majorHAnsi" w:hAnsiTheme="majorHAnsi" w:cstheme="majorHAnsi"/>
              </w:rPr>
              <w:t>, ecc. -</w:t>
            </w:r>
            <w:r w:rsidRPr="00891C12">
              <w:rPr>
                <w:rFonts w:asciiTheme="majorHAnsi" w:hAnsiTheme="majorHAnsi" w:cstheme="majorHAnsi"/>
              </w:rPr>
              <w:t xml:space="preserve"> – specificare)</w:t>
            </w:r>
          </w:p>
        </w:tc>
        <w:tc>
          <w:tcPr>
            <w:tcW w:w="2036" w:type="dxa"/>
          </w:tcPr>
          <w:p w14:paraId="3B914729" w14:textId="77777777" w:rsidR="00096A31" w:rsidRPr="00891C12" w:rsidRDefault="00000000">
            <w:pPr>
              <w:rPr>
                <w:rFonts w:asciiTheme="majorHAnsi" w:hAnsiTheme="majorHAnsi" w:cstheme="majorHAnsi"/>
              </w:rPr>
            </w:pPr>
            <w:r w:rsidRPr="00891C12">
              <w:rPr>
                <w:rFonts w:asciiTheme="majorHAnsi" w:hAnsiTheme="majorHAnsi" w:cstheme="majorHAnsi"/>
              </w:rPr>
              <w:t>€ ___</w:t>
            </w:r>
          </w:p>
        </w:tc>
      </w:tr>
      <w:tr w:rsidR="00096A31" w:rsidRPr="00891C12" w14:paraId="25F4EF26" w14:textId="77777777" w:rsidTr="00DA7051">
        <w:tc>
          <w:tcPr>
            <w:tcW w:w="3000" w:type="dxa"/>
            <w:shd w:val="clear" w:color="auto" w:fill="F2F2F2"/>
          </w:tcPr>
          <w:p w14:paraId="442D6CBA" w14:textId="77777777" w:rsidR="00096A31" w:rsidRPr="00891C12" w:rsidRDefault="00000000">
            <w:pPr>
              <w:rPr>
                <w:rFonts w:asciiTheme="majorHAnsi" w:hAnsiTheme="majorHAnsi" w:cstheme="majorHAnsi"/>
                <w:b/>
              </w:rPr>
            </w:pPr>
            <w:r w:rsidRPr="00891C12">
              <w:rPr>
                <w:rFonts w:asciiTheme="majorHAnsi" w:hAnsiTheme="majorHAnsi" w:cstheme="majorHAnsi"/>
                <w:b/>
              </w:rPr>
              <w:t>Totale orario lordo</w:t>
            </w:r>
          </w:p>
        </w:tc>
        <w:tc>
          <w:tcPr>
            <w:tcW w:w="2036" w:type="dxa"/>
            <w:shd w:val="clear" w:color="auto" w:fill="F2F2F2"/>
          </w:tcPr>
          <w:p w14:paraId="1DB0E2AE" w14:textId="77777777" w:rsidR="00096A31" w:rsidRPr="00891C12" w:rsidRDefault="00000000">
            <w:pPr>
              <w:rPr>
                <w:rFonts w:asciiTheme="majorHAnsi" w:hAnsiTheme="majorHAnsi" w:cstheme="majorHAnsi"/>
                <w:b/>
              </w:rPr>
            </w:pPr>
            <w:r w:rsidRPr="00891C12">
              <w:rPr>
                <w:rFonts w:asciiTheme="majorHAnsi" w:hAnsiTheme="majorHAnsi" w:cstheme="majorHAnsi"/>
                <w:b/>
              </w:rPr>
              <w:t>€ ___</w:t>
            </w:r>
          </w:p>
        </w:tc>
      </w:tr>
    </w:tbl>
    <w:p w14:paraId="408758A6" w14:textId="77777777" w:rsidR="00096A31" w:rsidRPr="00891C12" w:rsidRDefault="00096A31">
      <w:pPr>
        <w:rPr>
          <w:rFonts w:asciiTheme="majorHAnsi" w:hAnsiTheme="majorHAnsi" w:cstheme="majorHAnsi"/>
        </w:rPr>
      </w:pPr>
    </w:p>
    <w:p w14:paraId="2360BBF6" w14:textId="14C23CDB" w:rsidR="00096A31" w:rsidRPr="00891C12" w:rsidRDefault="00000000" w:rsidP="00DA7051">
      <w:pPr>
        <w:pStyle w:val="Puntoelenco"/>
        <w:numPr>
          <w:ilvl w:val="0"/>
          <w:numId w:val="0"/>
        </w:numPr>
        <w:jc w:val="both"/>
        <w:rPr>
          <w:rFonts w:asciiTheme="majorHAnsi" w:hAnsiTheme="majorHAnsi" w:cstheme="majorHAnsi"/>
          <w:color w:val="365F91" w:themeColor="accent1" w:themeShade="BF"/>
        </w:rPr>
      </w:pPr>
      <w:r w:rsidRPr="00891C12">
        <w:rPr>
          <w:rFonts w:asciiTheme="majorHAnsi" w:hAnsiTheme="majorHAnsi" w:cstheme="majorHAnsi"/>
          <w:color w:val="365F91" w:themeColor="accent1" w:themeShade="BF"/>
        </w:rPr>
        <w:t>A titolo esemplificativo, la percentuale retributiva di cui al presente articolo può essere articolata per singola annualità del percorso (es.: II annualità *%; III annualità *%), secondo quanto stabilito dal CCNL o dall'Accordo Interconfederale di settore applicato.</w:t>
      </w:r>
    </w:p>
    <w:p w14:paraId="5117962C" w14:textId="22403EA7" w:rsidR="00096A31" w:rsidRPr="00891C12" w:rsidRDefault="00000000" w:rsidP="00DB6FF0">
      <w:pPr>
        <w:jc w:val="both"/>
        <w:rPr>
          <w:rFonts w:asciiTheme="majorHAnsi" w:hAnsiTheme="majorHAnsi" w:cstheme="majorHAnsi"/>
          <w:b/>
        </w:rPr>
      </w:pPr>
      <w:r w:rsidRPr="00891C12">
        <w:rPr>
          <w:rFonts w:asciiTheme="majorHAnsi" w:hAnsiTheme="majorHAnsi" w:cstheme="majorHAnsi"/>
          <w:b/>
        </w:rPr>
        <w:t>Art. 6 –</w:t>
      </w:r>
      <w:r w:rsidR="00DB6FF0" w:rsidRPr="00891C12">
        <w:rPr>
          <w:rFonts w:asciiTheme="majorHAnsi" w:hAnsiTheme="majorHAnsi" w:cstheme="majorHAnsi"/>
          <w:b/>
        </w:rPr>
        <w:t xml:space="preserve"> </w:t>
      </w:r>
      <w:r w:rsidR="00235655" w:rsidRPr="00891C12">
        <w:rPr>
          <w:rFonts w:asciiTheme="majorHAnsi" w:hAnsiTheme="majorHAnsi" w:cstheme="majorHAnsi"/>
          <w:b/>
        </w:rPr>
        <w:t>ORARIO E LUOGO DI LAVORO</w:t>
      </w:r>
    </w:p>
    <w:p w14:paraId="10E8EC9B" w14:textId="7CE6254C" w:rsidR="00096A31" w:rsidRPr="00891C12" w:rsidRDefault="00000000" w:rsidP="00DA7051">
      <w:pPr>
        <w:jc w:val="both"/>
        <w:rPr>
          <w:rFonts w:asciiTheme="majorHAnsi" w:hAnsiTheme="majorHAnsi" w:cstheme="majorHAnsi"/>
        </w:rPr>
      </w:pPr>
      <w:r w:rsidRPr="00891C12">
        <w:rPr>
          <w:rFonts w:asciiTheme="majorHAnsi" w:hAnsiTheme="majorHAnsi" w:cstheme="majorHAnsi"/>
          <w:b/>
          <w:bCs/>
        </w:rPr>
        <w:t>L'orario di lavoro contrattuale è pari a ___ ore settimanali, distribuite su ___ giorni</w:t>
      </w:r>
      <w:r w:rsidRPr="00891C12">
        <w:rPr>
          <w:rFonts w:asciiTheme="majorHAnsi" w:hAnsiTheme="majorHAnsi" w:cstheme="majorHAnsi"/>
        </w:rPr>
        <w:t>, articolato come da prospetto allegato, che costituisce parte integrante del presente contratto. Eventuali modifiche dell'orario aziendale per esigenze organizzative saranno comunicate all'Apprendista con congruo preavviso, nel rispetto di quanto previsto dal D. Lgs. n. 104/2022 in materia di condizioni di lavoro trasparenti e prevedibili.</w:t>
      </w:r>
    </w:p>
    <w:p w14:paraId="6E51333B" w14:textId="77777777" w:rsidR="00DB3FF4" w:rsidRDefault="00000000" w:rsidP="00DA7051">
      <w:pPr>
        <w:jc w:val="both"/>
        <w:rPr>
          <w:rFonts w:asciiTheme="majorHAnsi" w:hAnsiTheme="majorHAnsi" w:cstheme="majorHAnsi"/>
        </w:rPr>
      </w:pPr>
      <w:r w:rsidRPr="00891C12">
        <w:rPr>
          <w:rFonts w:asciiTheme="majorHAnsi" w:hAnsiTheme="majorHAnsi" w:cstheme="majorHAnsi"/>
        </w:rPr>
        <w:t xml:space="preserve">Le prestazioni si svolgono presso la </w:t>
      </w:r>
      <w:r w:rsidRPr="00891C12">
        <w:rPr>
          <w:rFonts w:asciiTheme="majorHAnsi" w:hAnsiTheme="majorHAnsi" w:cstheme="majorHAnsi"/>
          <w:b/>
          <w:bCs/>
        </w:rPr>
        <w:t>sede del Datore di Lavoro sita in __</w:t>
      </w:r>
      <w:r w:rsidR="00DB6FF0" w:rsidRPr="00891C12">
        <w:rPr>
          <w:rFonts w:asciiTheme="majorHAnsi" w:hAnsiTheme="majorHAnsi" w:cstheme="majorHAnsi"/>
          <w:b/>
          <w:bCs/>
        </w:rPr>
        <w:t>_.</w:t>
      </w:r>
      <w:r w:rsidRPr="00891C12">
        <w:rPr>
          <w:rFonts w:asciiTheme="majorHAnsi" w:hAnsiTheme="majorHAnsi" w:cstheme="majorHAnsi"/>
        </w:rPr>
        <w:t xml:space="preserve"> </w:t>
      </w:r>
    </w:p>
    <w:p w14:paraId="52C9A8E2" w14:textId="1A889421"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Resta inteso che il Datore di Lavoro, nei termini e secondo le modalità previste dalla normativa vigente e dai contratti collettivi applicati, potrà richiedere lo svolgimento dell'attività lavorativa anche in luoghi diversi da quello di assunzione, e che l'Apprendista dichiara sin d'ora la propria disponibilità in tal senso. </w:t>
      </w:r>
      <w:r w:rsidRPr="00891C12">
        <w:rPr>
          <w:rFonts w:asciiTheme="majorHAnsi" w:hAnsiTheme="majorHAnsi" w:cstheme="majorHAnsi"/>
          <w:color w:val="1F497D" w:themeColor="text2"/>
        </w:rPr>
        <w:t>[Clausola facoltativa da concordare con l'</w:t>
      </w:r>
      <w:r w:rsidR="00891C12" w:rsidRPr="00891C12">
        <w:rPr>
          <w:rFonts w:asciiTheme="majorHAnsi" w:hAnsiTheme="majorHAnsi" w:cstheme="majorHAnsi"/>
          <w:color w:val="1F497D" w:themeColor="text2"/>
        </w:rPr>
        <w:t>a</w:t>
      </w:r>
      <w:r w:rsidRPr="00891C12">
        <w:rPr>
          <w:rFonts w:asciiTheme="majorHAnsi" w:hAnsiTheme="majorHAnsi" w:cstheme="majorHAnsi"/>
          <w:color w:val="1F497D" w:themeColor="text2"/>
        </w:rPr>
        <w:t>pprendista solo se compatibile con lo svolgimento regolare della formazione esterna</w:t>
      </w:r>
      <w:r w:rsidRPr="003D2146">
        <w:rPr>
          <w:rFonts w:asciiTheme="majorHAnsi" w:hAnsiTheme="majorHAnsi" w:cstheme="majorHAnsi"/>
          <w:color w:val="1F497D" w:themeColor="text2"/>
        </w:rPr>
        <w:t>]</w:t>
      </w:r>
      <w:r w:rsidR="003D2146">
        <w:rPr>
          <w:rFonts w:asciiTheme="majorHAnsi" w:hAnsiTheme="majorHAnsi" w:cstheme="majorHAnsi"/>
          <w:color w:val="1F497D" w:themeColor="text2"/>
        </w:rPr>
        <w:t>.</w:t>
      </w:r>
    </w:p>
    <w:p w14:paraId="1D60D73F" w14:textId="1D587707" w:rsidR="00096A31" w:rsidRPr="00891C12" w:rsidRDefault="00000000" w:rsidP="00DB6FF0">
      <w:pPr>
        <w:jc w:val="both"/>
        <w:rPr>
          <w:rFonts w:asciiTheme="majorHAnsi" w:hAnsiTheme="majorHAnsi" w:cstheme="majorHAnsi"/>
          <w:b/>
        </w:rPr>
      </w:pPr>
      <w:r w:rsidRPr="00891C12">
        <w:rPr>
          <w:rFonts w:asciiTheme="majorHAnsi" w:hAnsiTheme="majorHAnsi" w:cstheme="majorHAnsi"/>
          <w:b/>
        </w:rPr>
        <w:t>Art. 7 –</w:t>
      </w:r>
      <w:r w:rsidR="00DB6FF0" w:rsidRPr="00891C12">
        <w:rPr>
          <w:rFonts w:asciiTheme="majorHAnsi" w:hAnsiTheme="majorHAnsi" w:cstheme="majorHAnsi"/>
          <w:b/>
        </w:rPr>
        <w:t xml:space="preserve"> </w:t>
      </w:r>
      <w:r w:rsidRPr="00891C12">
        <w:rPr>
          <w:rFonts w:asciiTheme="majorHAnsi" w:hAnsiTheme="majorHAnsi" w:cstheme="majorHAnsi"/>
          <w:b/>
        </w:rPr>
        <w:t>F</w:t>
      </w:r>
      <w:r w:rsidR="00235655" w:rsidRPr="00891C12">
        <w:rPr>
          <w:rFonts w:asciiTheme="majorHAnsi" w:hAnsiTheme="majorHAnsi" w:cstheme="majorHAnsi"/>
          <w:b/>
        </w:rPr>
        <w:t>ORMAZIONE</w:t>
      </w:r>
    </w:p>
    <w:p w14:paraId="272E4A01" w14:textId="2129D3D2"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La formazione interna all'azienda – di competenza del Datore di Lavoro – ed esterna – di competenza dell'Istituzione formativa – è erogata secondo quanto indicato nel piano formativo individuale allegato. L'Istituzione formativa, anche avvalendosi del Datore di Lavoro per la parte di formazione interna, effettua il monitoraggio e la valutazione degli apprendimenti, anche ai fini </w:t>
      </w:r>
      <w:r w:rsidRPr="00891C12">
        <w:rPr>
          <w:rFonts w:asciiTheme="majorHAnsi" w:hAnsiTheme="majorHAnsi" w:cstheme="majorHAnsi"/>
        </w:rPr>
        <w:lastRenderedPageBreak/>
        <w:t xml:space="preserve">dell'ammissione agli esami conclusivi dei percorsi in apprendistato, ne dà evidenza nel Dossier individuale dell'Apprendista e ne </w:t>
      </w:r>
      <w:r w:rsidRPr="00891C12">
        <w:rPr>
          <w:rFonts w:asciiTheme="majorHAnsi" w:hAnsiTheme="majorHAnsi" w:cstheme="majorHAnsi"/>
        </w:rPr>
        <w:t>comunica i risultati all'Apprendista</w:t>
      </w:r>
      <w:r w:rsidR="00982CC4">
        <w:rPr>
          <w:rFonts w:asciiTheme="majorHAnsi" w:hAnsiTheme="majorHAnsi" w:cstheme="majorHAnsi"/>
        </w:rPr>
        <w:t xml:space="preserve">. </w:t>
      </w:r>
    </w:p>
    <w:p w14:paraId="19ED40CC" w14:textId="77777777" w:rsidR="00D83224" w:rsidRDefault="00D83224" w:rsidP="00D83224">
      <w:pPr>
        <w:jc w:val="both"/>
        <w:rPr>
          <w:rFonts w:asciiTheme="majorHAnsi" w:hAnsiTheme="majorHAnsi" w:cstheme="majorHAnsi"/>
        </w:rPr>
      </w:pPr>
      <w:r w:rsidRPr="00D83224">
        <w:rPr>
          <w:rFonts w:asciiTheme="majorHAnsi" w:hAnsiTheme="majorHAnsi" w:cstheme="majorHAnsi"/>
        </w:rPr>
        <w:t>La registrazione della formazione effettuata e della qualificazione professionale eventualmente acquisita avviene nel fascicolo elettronico del lavoratore, previsto dall'articolo 14 del decreto legislativo 14/9/2015 n. 150, ai sensi dell’art. 46, comma 2, del D. Lgs. n. 81/2015.</w:t>
      </w:r>
      <w:r w:rsidRPr="00584351">
        <w:rPr>
          <w:rFonts w:asciiTheme="majorHAnsi" w:hAnsiTheme="majorHAnsi" w:cstheme="majorHAnsi"/>
        </w:rPr>
        <w:t xml:space="preserve"> </w:t>
      </w:r>
    </w:p>
    <w:p w14:paraId="37EBEB06" w14:textId="548B3A63" w:rsidR="00096A31" w:rsidRPr="00891C12" w:rsidRDefault="00000000" w:rsidP="00DA7051">
      <w:pPr>
        <w:jc w:val="both"/>
        <w:rPr>
          <w:rFonts w:asciiTheme="majorHAnsi" w:hAnsiTheme="majorHAnsi" w:cstheme="majorHAnsi"/>
        </w:rPr>
      </w:pPr>
      <w:r w:rsidRPr="00891C12">
        <w:rPr>
          <w:rFonts w:asciiTheme="majorHAnsi" w:hAnsiTheme="majorHAnsi" w:cstheme="majorHAnsi"/>
        </w:rPr>
        <w:t>Resta fermo che, in caso di inadempimento nell'erogazione della formazione a carico del Datore di Lavoro, di cui egli sia esclusivamente responsabile e tale da impedire la realizzazione delle finalità del contratto, si applica l'art. 47, comma 1, del D. Lgs. n. 81/2015, con obbligo di versamento della differenza contributiva maggiorata del 100%, ferma restando la possibilità per l'Apprendista di far valere la nullità del contratto per mancanza di causa, con trasformazione ab origine in rapporto di lavoro su</w:t>
      </w:r>
      <w:r w:rsidRPr="00891C12">
        <w:rPr>
          <w:rFonts w:asciiTheme="majorHAnsi" w:hAnsiTheme="majorHAnsi" w:cstheme="majorHAnsi"/>
        </w:rPr>
        <w:t>bordinato a tempo indeterminato.</w:t>
      </w:r>
    </w:p>
    <w:p w14:paraId="70A41533" w14:textId="17D42733" w:rsidR="00096A31" w:rsidRPr="00891C12" w:rsidRDefault="00000000" w:rsidP="00DA7051">
      <w:pPr>
        <w:rPr>
          <w:rFonts w:asciiTheme="majorHAnsi" w:hAnsiTheme="majorHAnsi" w:cstheme="majorHAnsi"/>
          <w:b/>
        </w:rPr>
      </w:pPr>
      <w:r w:rsidRPr="00891C12">
        <w:rPr>
          <w:rFonts w:asciiTheme="majorHAnsi" w:hAnsiTheme="majorHAnsi" w:cstheme="majorHAnsi"/>
          <w:b/>
        </w:rPr>
        <w:t>Art. 8 –</w:t>
      </w:r>
      <w:r w:rsidR="00891C12" w:rsidRPr="00891C12">
        <w:rPr>
          <w:rFonts w:asciiTheme="majorHAnsi" w:hAnsiTheme="majorHAnsi" w:cstheme="majorHAnsi"/>
          <w:b/>
        </w:rPr>
        <w:t xml:space="preserve"> </w:t>
      </w:r>
      <w:r w:rsidR="00235655" w:rsidRPr="00891C12">
        <w:rPr>
          <w:rFonts w:asciiTheme="majorHAnsi" w:hAnsiTheme="majorHAnsi" w:cstheme="majorHAnsi"/>
          <w:b/>
        </w:rPr>
        <w:t>TUTOR AZIENDALE E TUTOR FORMATIVO</w:t>
      </w:r>
    </w:p>
    <w:p w14:paraId="61CE456E" w14:textId="49D914B1" w:rsidR="00096A31" w:rsidRPr="00891C12" w:rsidRDefault="00000000" w:rsidP="00DA7051">
      <w:pPr>
        <w:jc w:val="both"/>
        <w:rPr>
          <w:rFonts w:asciiTheme="majorHAnsi" w:hAnsiTheme="majorHAnsi" w:cstheme="majorHAnsi"/>
        </w:rPr>
      </w:pPr>
      <w:r w:rsidRPr="00891C12">
        <w:rPr>
          <w:rFonts w:asciiTheme="majorHAnsi" w:hAnsiTheme="majorHAnsi" w:cstheme="majorHAnsi"/>
        </w:rPr>
        <w:t>Ai sensi dell'art. 42, comma 5, lettera c), del D. Lgs. n. 81/2015, è obbligatoria la presenza di un tutore o referente aziendale.</w:t>
      </w:r>
    </w:p>
    <w:p w14:paraId="414A6933" w14:textId="3655AE97" w:rsidR="00096A31" w:rsidRPr="00891C12" w:rsidRDefault="00000000" w:rsidP="00DA7051">
      <w:pPr>
        <w:jc w:val="both"/>
        <w:rPr>
          <w:rFonts w:asciiTheme="majorHAnsi" w:hAnsiTheme="majorHAnsi" w:cstheme="majorHAnsi"/>
        </w:rPr>
      </w:pPr>
      <w:r w:rsidRPr="00891C12">
        <w:rPr>
          <w:rFonts w:asciiTheme="majorHAnsi" w:hAnsiTheme="majorHAnsi" w:cstheme="majorHAnsi"/>
        </w:rPr>
        <w:t>Tutor aziendale durante lo svolgimento del rapporto di lavoro sarà il Sig. __</w:t>
      </w:r>
      <w:r w:rsidR="00891C12" w:rsidRPr="00891C12">
        <w:rPr>
          <w:rFonts w:asciiTheme="majorHAnsi" w:hAnsiTheme="majorHAnsi" w:cstheme="majorHAnsi"/>
        </w:rPr>
        <w:t>_.</w:t>
      </w:r>
    </w:p>
    <w:p w14:paraId="5EB29401" w14:textId="759528D8" w:rsidR="00096A31" w:rsidRPr="00891C12" w:rsidRDefault="00000000" w:rsidP="00DA7051">
      <w:pPr>
        <w:jc w:val="both"/>
        <w:rPr>
          <w:rFonts w:asciiTheme="majorHAnsi" w:hAnsiTheme="majorHAnsi" w:cstheme="majorHAnsi"/>
        </w:rPr>
      </w:pPr>
      <w:r w:rsidRPr="00891C12">
        <w:rPr>
          <w:rFonts w:asciiTheme="majorHAnsi" w:hAnsiTheme="majorHAnsi" w:cstheme="majorHAnsi"/>
        </w:rPr>
        <w:t>Tutor formativo durante lo svolgimento del rapporto di lavoro sarà il Sig. __</w:t>
      </w:r>
      <w:r w:rsidR="00891C12" w:rsidRPr="00891C12">
        <w:rPr>
          <w:rFonts w:asciiTheme="majorHAnsi" w:hAnsiTheme="majorHAnsi" w:cstheme="majorHAnsi"/>
        </w:rPr>
        <w:t>_.</w:t>
      </w:r>
    </w:p>
    <w:p w14:paraId="7F488582" w14:textId="77777777" w:rsidR="00891C12" w:rsidRPr="00891C12" w:rsidRDefault="00891C12" w:rsidP="00DA7051">
      <w:pPr>
        <w:jc w:val="both"/>
        <w:rPr>
          <w:rFonts w:asciiTheme="majorHAnsi" w:hAnsiTheme="majorHAnsi" w:cstheme="majorHAnsi"/>
        </w:rPr>
      </w:pPr>
    </w:p>
    <w:p w14:paraId="03E4D956" w14:textId="3AC33D96" w:rsidR="00096A31" w:rsidRPr="00891C12" w:rsidRDefault="00000000" w:rsidP="00DA7051">
      <w:pPr>
        <w:rPr>
          <w:rFonts w:asciiTheme="majorHAnsi" w:hAnsiTheme="majorHAnsi" w:cstheme="majorHAnsi"/>
          <w:b/>
        </w:rPr>
      </w:pPr>
      <w:r w:rsidRPr="00891C12">
        <w:rPr>
          <w:rFonts w:asciiTheme="majorHAnsi" w:hAnsiTheme="majorHAnsi" w:cstheme="majorHAnsi"/>
          <w:b/>
        </w:rPr>
        <w:t xml:space="preserve">Art. 9 – </w:t>
      </w:r>
      <w:r w:rsidR="00235655" w:rsidRPr="00891C12">
        <w:rPr>
          <w:rFonts w:asciiTheme="majorHAnsi" w:hAnsiTheme="majorHAnsi" w:cstheme="majorHAnsi"/>
          <w:b/>
        </w:rPr>
        <w:t>DISCIPLINA DEL RAPPORTO DI LAVORO</w:t>
      </w:r>
    </w:p>
    <w:p w14:paraId="7D726C17" w14:textId="6F1E8379" w:rsidR="00096A31" w:rsidRPr="00891C12" w:rsidRDefault="00000000" w:rsidP="00DA7051">
      <w:pPr>
        <w:jc w:val="both"/>
        <w:rPr>
          <w:rFonts w:asciiTheme="majorHAnsi" w:hAnsiTheme="majorHAnsi" w:cstheme="majorHAnsi"/>
        </w:rPr>
      </w:pPr>
      <w:r w:rsidRPr="00891C12">
        <w:rPr>
          <w:rFonts w:asciiTheme="majorHAnsi" w:hAnsiTheme="majorHAnsi" w:cstheme="majorHAnsi"/>
        </w:rPr>
        <w:t>Il rapporto di apprendistato è regolato dalle norme di legge e dalla disciplina dell'apprendistato prevista dal CCNL di categoria applicato.</w:t>
      </w:r>
    </w:p>
    <w:p w14:paraId="29A9A2DF" w14:textId="244822BA" w:rsidR="00096A31" w:rsidRPr="00891C12" w:rsidRDefault="00D54ECD" w:rsidP="00DA7051">
      <w:pPr>
        <w:jc w:val="both"/>
        <w:rPr>
          <w:rFonts w:asciiTheme="majorHAnsi" w:hAnsiTheme="majorHAnsi" w:cstheme="majorHAnsi"/>
        </w:rPr>
      </w:pPr>
      <w:r w:rsidRPr="00891C12">
        <w:rPr>
          <w:rFonts w:asciiTheme="majorHAnsi" w:hAnsiTheme="majorHAnsi" w:cstheme="majorHAnsi"/>
        </w:rPr>
        <w:t xml:space="preserve">L'Apprendista, con la sottoscrizione del presente contratto, dichiara di essere a conoscenza delle norme relative alle infrazioni disciplinari, alle procedure di contestazione e alle sanzioni contenute nel </w:t>
      </w:r>
      <w:r w:rsidR="00891C12" w:rsidRPr="00891C12">
        <w:rPr>
          <w:rFonts w:asciiTheme="majorHAnsi" w:hAnsiTheme="majorHAnsi" w:cstheme="majorHAnsi"/>
        </w:rPr>
        <w:t>Codice civile</w:t>
      </w:r>
      <w:r w:rsidRPr="00891C12">
        <w:rPr>
          <w:rFonts w:asciiTheme="majorHAnsi" w:hAnsiTheme="majorHAnsi" w:cstheme="majorHAnsi"/>
        </w:rPr>
        <w:t>, nella legge n. 300/1970 (Statuto dei Lavoratori), nel D. Lgs. n. 81/2015 e nel CCNL richiamato, del quale dichiara di prendere visione, unitamente alle norme disciplinari e al regolamento aziendale, consegnati con il presente contratto.</w:t>
      </w:r>
    </w:p>
    <w:p w14:paraId="6BDA09DE" w14:textId="7B68C8E3" w:rsidR="00096A31" w:rsidRPr="00891C12" w:rsidRDefault="00D54ECD" w:rsidP="00DA7051">
      <w:pPr>
        <w:jc w:val="both"/>
        <w:rPr>
          <w:rFonts w:asciiTheme="majorHAnsi" w:hAnsiTheme="majorHAnsi" w:cstheme="majorHAnsi"/>
        </w:rPr>
      </w:pPr>
      <w:r w:rsidRPr="00891C12">
        <w:rPr>
          <w:rFonts w:asciiTheme="majorHAnsi" w:hAnsiTheme="majorHAnsi" w:cstheme="majorHAnsi"/>
        </w:rPr>
        <w:t>L'Apprendista si impegna ad attenersi al regolamento aziendale e alle disposizioni interne adottate dal Datore di Lavoro, delle quali ha preso visione all'atto della sottoscrizione. Eventuali modifiche successive saranno comunicate tempestivamente all'Apprendista.</w:t>
      </w:r>
    </w:p>
    <w:p w14:paraId="26B98715" w14:textId="1F85070C" w:rsidR="00096A31" w:rsidRPr="00891C12" w:rsidRDefault="00000000" w:rsidP="00DA7051">
      <w:pPr>
        <w:rPr>
          <w:rFonts w:asciiTheme="majorHAnsi" w:hAnsiTheme="majorHAnsi" w:cstheme="majorHAnsi"/>
          <w:b/>
        </w:rPr>
      </w:pPr>
      <w:r w:rsidRPr="00891C12">
        <w:rPr>
          <w:rFonts w:asciiTheme="majorHAnsi" w:hAnsiTheme="majorHAnsi" w:cstheme="majorHAnsi"/>
          <w:b/>
        </w:rPr>
        <w:t>Art. 10 –</w:t>
      </w:r>
      <w:r w:rsidR="00891C12" w:rsidRPr="00891C12">
        <w:rPr>
          <w:rFonts w:asciiTheme="majorHAnsi" w:hAnsiTheme="majorHAnsi" w:cstheme="majorHAnsi"/>
          <w:b/>
        </w:rPr>
        <w:t xml:space="preserve"> </w:t>
      </w:r>
      <w:r w:rsidR="00235655" w:rsidRPr="00891C12">
        <w:rPr>
          <w:rFonts w:asciiTheme="majorHAnsi" w:hAnsiTheme="majorHAnsi" w:cstheme="majorHAnsi"/>
          <w:b/>
        </w:rPr>
        <w:t>SICUREZZA</w:t>
      </w:r>
    </w:p>
    <w:p w14:paraId="367FE6CE" w14:textId="14C37865"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Il Datore di Lavoro dichiara di applicare tutte le norme vigenti in materia di salute e sicurezza sul lavoro, in particolare il D. Lgs. n. 81/2008 e successive modificazioni. In considerazione della giovane età e dell'inesperienza professionale dell'Apprendista, il Datore di Lavoro si impegna a fornire una formazione specifica e adeguata in materia di sicurezza sul lavoro, ai sensi dell'art. 37 </w:t>
      </w:r>
      <w:r w:rsidRPr="00891C12">
        <w:rPr>
          <w:rFonts w:asciiTheme="majorHAnsi" w:hAnsiTheme="majorHAnsi" w:cstheme="majorHAnsi"/>
        </w:rPr>
        <w:lastRenderedPageBreak/>
        <w:t>del D. Lgs. n. 81/2008, con particolare attenzione ai rischi connessi alla mansione oggetto del percorso formativo</w:t>
      </w:r>
      <w:r w:rsidRPr="00891C12">
        <w:rPr>
          <w:rFonts w:asciiTheme="majorHAnsi" w:hAnsiTheme="majorHAnsi" w:cstheme="majorHAnsi"/>
        </w:rPr>
        <w:t>. L'Apprendista è sottoposto a sorveglianza sanitaria ove prevista dalla normativa vigente in relazione alla mansione svolta. L'Apprendista si impegna a uniformarsi alle relative prescrizioni e a segnalare eventuali situazioni anomale riscontrate nell'esercizio dell'attività lavorativa.</w:t>
      </w:r>
    </w:p>
    <w:p w14:paraId="63C62CD3" w14:textId="7BE9D589" w:rsidR="00096A31" w:rsidRPr="00891C12" w:rsidRDefault="00F46129" w:rsidP="00891C12">
      <w:pPr>
        <w:rPr>
          <w:rFonts w:asciiTheme="majorHAnsi" w:hAnsiTheme="majorHAnsi" w:cstheme="majorHAnsi"/>
          <w:b/>
        </w:rPr>
      </w:pPr>
      <w:r w:rsidRPr="00891C12">
        <w:rPr>
          <w:rFonts w:asciiTheme="majorHAnsi" w:hAnsiTheme="majorHAnsi" w:cstheme="majorHAnsi"/>
          <w:b/>
        </w:rPr>
        <w:t xml:space="preserve">Art. 11 – </w:t>
      </w:r>
      <w:r w:rsidR="00E826DF" w:rsidRPr="00891C12">
        <w:rPr>
          <w:rFonts w:asciiTheme="majorHAnsi" w:hAnsiTheme="majorHAnsi" w:cstheme="majorHAnsi"/>
          <w:b/>
        </w:rPr>
        <w:t>ENTI DESTINATARI DEI CONTRIBUTI PREVIDENZIALI E ASSICURATIVI</w:t>
      </w:r>
    </w:p>
    <w:p w14:paraId="44B27923" w14:textId="6EE8A640" w:rsidR="00096A31" w:rsidRPr="00891C12" w:rsidRDefault="00000000" w:rsidP="00DA7051">
      <w:pPr>
        <w:jc w:val="both"/>
        <w:rPr>
          <w:rFonts w:asciiTheme="majorHAnsi" w:hAnsiTheme="majorHAnsi" w:cstheme="majorHAnsi"/>
        </w:rPr>
      </w:pPr>
      <w:r w:rsidRPr="00891C12">
        <w:rPr>
          <w:rFonts w:asciiTheme="majorHAnsi" w:hAnsiTheme="majorHAnsi" w:cstheme="majorHAnsi"/>
        </w:rPr>
        <w:t>Gli istituti e gli enti ai quali il Datore di Lavoro versa i contributi previdenziali e assicurativi, anche in forma di protezione in materia di sicurezza sociale, sono i seguenti:</w:t>
      </w:r>
    </w:p>
    <w:p w14:paraId="0DDE0F6E" w14:textId="6E3EC754" w:rsidR="00096A31" w:rsidRPr="00891C12" w:rsidRDefault="00000000">
      <w:pPr>
        <w:pStyle w:val="Puntoelenco"/>
        <w:rPr>
          <w:rFonts w:asciiTheme="majorHAnsi" w:hAnsiTheme="majorHAnsi" w:cstheme="majorHAnsi"/>
        </w:rPr>
      </w:pPr>
      <w:r w:rsidRPr="00891C12">
        <w:rPr>
          <w:rFonts w:asciiTheme="majorHAnsi" w:hAnsiTheme="majorHAnsi" w:cstheme="majorHAnsi"/>
        </w:rPr>
        <w:t>INPS: contributi previdenziali a tutela di malattia, maternità/paternità, pensione e altre prestazioni;</w:t>
      </w:r>
    </w:p>
    <w:p w14:paraId="1B02AF07" w14:textId="77777777" w:rsidR="00096A31" w:rsidRPr="00891C12" w:rsidRDefault="00000000">
      <w:pPr>
        <w:pStyle w:val="Puntoelenco"/>
        <w:rPr>
          <w:rFonts w:asciiTheme="majorHAnsi" w:hAnsiTheme="majorHAnsi" w:cstheme="majorHAnsi"/>
        </w:rPr>
      </w:pPr>
      <w:r w:rsidRPr="00891C12">
        <w:rPr>
          <w:rFonts w:asciiTheme="majorHAnsi" w:hAnsiTheme="majorHAnsi" w:cstheme="majorHAnsi"/>
        </w:rPr>
        <w:t>INAIL: premi assicurativi a tutela di infortuni e malattie professionali.</w:t>
      </w:r>
    </w:p>
    <w:p w14:paraId="760ADF2A" w14:textId="77777777" w:rsidR="00891C12" w:rsidRPr="00891C12" w:rsidRDefault="00891C12" w:rsidP="00891C12">
      <w:pPr>
        <w:pStyle w:val="Puntoelenco"/>
        <w:numPr>
          <w:ilvl w:val="0"/>
          <w:numId w:val="0"/>
        </w:numPr>
        <w:ind w:left="360"/>
        <w:rPr>
          <w:rFonts w:asciiTheme="majorHAnsi" w:hAnsiTheme="majorHAnsi" w:cstheme="majorHAnsi"/>
        </w:rPr>
      </w:pPr>
    </w:p>
    <w:p w14:paraId="51015EA2" w14:textId="7971D8E0" w:rsidR="00096A31" w:rsidRPr="00891C12" w:rsidRDefault="00000000" w:rsidP="00DA7051">
      <w:pPr>
        <w:rPr>
          <w:rFonts w:asciiTheme="majorHAnsi" w:hAnsiTheme="majorHAnsi" w:cstheme="majorHAnsi"/>
          <w:b/>
        </w:rPr>
      </w:pPr>
      <w:r w:rsidRPr="00891C12">
        <w:rPr>
          <w:rFonts w:asciiTheme="majorHAnsi" w:hAnsiTheme="majorHAnsi" w:cstheme="majorHAnsi"/>
          <w:b/>
        </w:rPr>
        <w:t xml:space="preserve">Art. 12 – </w:t>
      </w:r>
      <w:r w:rsidR="00235655" w:rsidRPr="00891C12">
        <w:rPr>
          <w:rFonts w:asciiTheme="majorHAnsi" w:hAnsiTheme="majorHAnsi" w:cstheme="majorHAnsi"/>
          <w:b/>
        </w:rPr>
        <w:t>RISERVATEZZA E OBBLIGO DI FEDELTÀ</w:t>
      </w:r>
    </w:p>
    <w:p w14:paraId="3C984471" w14:textId="0D638312" w:rsidR="00096A31" w:rsidRPr="00891C12" w:rsidRDefault="00000000" w:rsidP="00DA7051">
      <w:pPr>
        <w:jc w:val="both"/>
        <w:rPr>
          <w:rFonts w:asciiTheme="majorHAnsi" w:hAnsiTheme="majorHAnsi" w:cstheme="majorHAnsi"/>
        </w:rPr>
      </w:pPr>
      <w:r w:rsidRPr="00891C12">
        <w:rPr>
          <w:rFonts w:asciiTheme="majorHAnsi" w:hAnsiTheme="majorHAnsi" w:cstheme="majorHAnsi"/>
        </w:rPr>
        <w:t>Con la stipula del presente contratto, l'Apprendista si impegna a osservare le più rigorose norme di riservatezza circa dati e notizie di cui possa venire a conoscenza in dipendenza, o anche solo in occasione, dell'esecuzione dell'attività lavorativa, utilizzandoli allo scopo esclusivo per il quale ne viene messo a conoscenza.</w:t>
      </w:r>
    </w:p>
    <w:p w14:paraId="388689DA" w14:textId="3DA806D5" w:rsidR="00096A31" w:rsidRPr="00891C12" w:rsidRDefault="00000000" w:rsidP="00DA7051">
      <w:pPr>
        <w:jc w:val="both"/>
        <w:rPr>
          <w:rFonts w:asciiTheme="majorHAnsi" w:hAnsiTheme="majorHAnsi" w:cstheme="majorHAnsi"/>
        </w:rPr>
      </w:pPr>
      <w:r w:rsidRPr="00891C12">
        <w:rPr>
          <w:rFonts w:asciiTheme="majorHAnsi" w:hAnsiTheme="majorHAnsi" w:cstheme="majorHAnsi"/>
        </w:rPr>
        <w:t>È fatto divieto all'Apprendista di utilizzare, in alcun modo o tempo, sotto alcuna forma o titolo, direttamente o per interposta persona, le informazioni acquisite, né durante il rapporto contrattuale né successivamente allo stesso.</w:t>
      </w:r>
    </w:p>
    <w:p w14:paraId="1C635221" w14:textId="4E3585A6" w:rsidR="00096A31" w:rsidRPr="00891C12" w:rsidRDefault="00000000" w:rsidP="00DA7051">
      <w:pPr>
        <w:jc w:val="both"/>
        <w:rPr>
          <w:rFonts w:asciiTheme="majorHAnsi" w:hAnsiTheme="majorHAnsi" w:cstheme="majorHAnsi"/>
        </w:rPr>
      </w:pPr>
      <w:r w:rsidRPr="00891C12">
        <w:rPr>
          <w:rFonts w:asciiTheme="majorHAnsi" w:hAnsiTheme="majorHAnsi" w:cstheme="majorHAnsi"/>
        </w:rPr>
        <w:t>Resta fermo che il trattamento di dati personali effettuato dall'Apprendista nell'ambito del rapporto di lavoro è soggetto al Regolamento (UE) 2016/679 (GDPR) e al D. Lgs. n. 196/2003, come modificato dal D. Lgs. n. 101/2018.</w:t>
      </w:r>
    </w:p>
    <w:p w14:paraId="29527EFA" w14:textId="3AACF8AE" w:rsidR="00096A31" w:rsidRPr="00891C12" w:rsidRDefault="00000000" w:rsidP="00DA7051">
      <w:pPr>
        <w:jc w:val="both"/>
        <w:rPr>
          <w:rFonts w:asciiTheme="majorHAnsi" w:hAnsiTheme="majorHAnsi" w:cstheme="majorHAnsi"/>
        </w:rPr>
      </w:pPr>
      <w:r w:rsidRPr="00891C12">
        <w:rPr>
          <w:rFonts w:asciiTheme="majorHAnsi" w:hAnsiTheme="majorHAnsi" w:cstheme="majorHAnsi"/>
        </w:rPr>
        <w:t>Durante il rapporto di lavoro è fatto divieto all'Apprendista di trattare affari, per conto proprio o di terzi, in concorrenza con il Datore di Lavoro, ai sensi dell'art. 2105 c.c.</w:t>
      </w:r>
    </w:p>
    <w:p w14:paraId="5CDDFF21" w14:textId="7A84CE02" w:rsidR="00096A31" w:rsidRPr="00891C12" w:rsidRDefault="00000000" w:rsidP="00DA7051">
      <w:pPr>
        <w:jc w:val="both"/>
        <w:rPr>
          <w:rFonts w:asciiTheme="majorHAnsi" w:hAnsiTheme="majorHAnsi" w:cstheme="majorHAnsi"/>
        </w:rPr>
      </w:pPr>
      <w:r w:rsidRPr="00891C12">
        <w:rPr>
          <w:rFonts w:asciiTheme="majorHAnsi" w:hAnsiTheme="majorHAnsi" w:cstheme="majorHAnsi"/>
        </w:rPr>
        <w:t>Alla cessazione, per qualsiasi causa, del presente contratto, l'Apprendista si impegna a restituire ogni bene di proprietà del Datore di Lavoro di cui abbia usufruito durante il rapporto (ivi compresi, a titolo esemplificativo, manuali, materiale di addestramento, modulistica e documentazione tecnica e riservata che in qualsiasi modo riguardino il Datore di Lavoro).</w:t>
      </w:r>
    </w:p>
    <w:p w14:paraId="5FDBF3DE" w14:textId="77777777" w:rsidR="00891C12" w:rsidRPr="00891C12" w:rsidRDefault="00891C12" w:rsidP="00DA7051">
      <w:pPr>
        <w:jc w:val="both"/>
        <w:rPr>
          <w:rFonts w:asciiTheme="majorHAnsi" w:hAnsiTheme="majorHAnsi" w:cstheme="majorHAnsi"/>
        </w:rPr>
      </w:pPr>
    </w:p>
    <w:p w14:paraId="4B918BAD" w14:textId="53E00E9F" w:rsidR="00096A31" w:rsidRPr="00891C12" w:rsidRDefault="00000000" w:rsidP="00DA7051">
      <w:pPr>
        <w:rPr>
          <w:rFonts w:asciiTheme="majorHAnsi" w:hAnsiTheme="majorHAnsi" w:cstheme="majorHAnsi"/>
          <w:b/>
        </w:rPr>
      </w:pPr>
      <w:r w:rsidRPr="00891C12">
        <w:rPr>
          <w:rFonts w:asciiTheme="majorHAnsi" w:hAnsiTheme="majorHAnsi" w:cstheme="majorHAnsi"/>
          <w:b/>
        </w:rPr>
        <w:t xml:space="preserve">Art. 13 – </w:t>
      </w:r>
      <w:r w:rsidR="00235655" w:rsidRPr="00891C12">
        <w:rPr>
          <w:rFonts w:asciiTheme="majorHAnsi" w:hAnsiTheme="majorHAnsi" w:cstheme="majorHAnsi"/>
          <w:b/>
        </w:rPr>
        <w:t>TRATTAMENTO DEI DATI PERSONALI (PRIVACY)</w:t>
      </w:r>
    </w:p>
    <w:p w14:paraId="29A83AE6" w14:textId="6E3FE95E"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Il Datore di Lavoro, in qualità di Titolare del trattamento, tratta i dati personali dell'Apprendista e, se del caso, dei suoi familiari, nel rispetto del Regolamento (UE) 2016/679 (GDPR), del D. Lgs. </w:t>
      </w:r>
      <w:r w:rsidRPr="00891C12">
        <w:rPr>
          <w:rFonts w:asciiTheme="majorHAnsi" w:hAnsiTheme="majorHAnsi" w:cstheme="majorHAnsi"/>
        </w:rPr>
        <w:lastRenderedPageBreak/>
        <w:t>n. 196/2003 (Codice Privacy) come modificato dal D. Lgs. n. 101/2018, e dei provvedimenti del Garante per la protezione dei dati personali.</w:t>
      </w:r>
    </w:p>
    <w:p w14:paraId="35E8553C" w14:textId="24E8B3A3" w:rsidR="00096A31" w:rsidRPr="00891C12" w:rsidRDefault="00000000" w:rsidP="00DA7051">
      <w:pPr>
        <w:jc w:val="both"/>
        <w:rPr>
          <w:rFonts w:asciiTheme="majorHAnsi" w:hAnsiTheme="majorHAnsi" w:cstheme="majorHAnsi"/>
        </w:rPr>
      </w:pPr>
      <w:r w:rsidRPr="00891C12">
        <w:rPr>
          <w:rFonts w:asciiTheme="majorHAnsi" w:hAnsiTheme="majorHAnsi" w:cstheme="majorHAnsi"/>
        </w:rPr>
        <w:t>Il trattamento è effettuato per le seguenti finalità: a) gestione del rapporto di lavoro, ivi inclusi gli adempimenti retributivi, previdenziali, assistenziali e fiscali; b) gestione del rapporto con enti previdenziali, assistenziali e con l'amministrazione finanziaria; c) adempimenti connessi alla formazione e alla sicurezza sul lavoro. La base giuridica del trattamento è costituita dall'esecuzione del contratto e dall'adempimento di obblighi di legge, ai sensi dell'art. 6, par. 1, lettere b) e c), del GDP</w:t>
      </w:r>
      <w:r w:rsidRPr="00891C12">
        <w:rPr>
          <w:rFonts w:asciiTheme="majorHAnsi" w:hAnsiTheme="majorHAnsi" w:cstheme="majorHAnsi"/>
        </w:rPr>
        <w:t>R.</w:t>
      </w:r>
    </w:p>
    <w:p w14:paraId="2D1AA3CF" w14:textId="4EB27DCD" w:rsidR="00096A31" w:rsidRPr="00891C12" w:rsidRDefault="00000000" w:rsidP="00DA7051">
      <w:pPr>
        <w:jc w:val="both"/>
        <w:rPr>
          <w:rFonts w:asciiTheme="majorHAnsi" w:hAnsiTheme="majorHAnsi" w:cstheme="majorHAnsi"/>
        </w:rPr>
      </w:pPr>
      <w:r w:rsidRPr="00891C12">
        <w:rPr>
          <w:rFonts w:asciiTheme="majorHAnsi" w:hAnsiTheme="majorHAnsi" w:cstheme="majorHAnsi"/>
        </w:rPr>
        <w:t>L'informativa completa ai sensi degli artt. 13 e 14 del GDPR, contenente l'indicazione dei dati di contatto del Titolare e dell'eventuale Responsabile della protezione dei dati (DPO), le finalità del trattamento, la base giuridica, i destinatari dei dati, il periodo di conservazione e i diritti dell'interessato (artt. 15-22 GDPR), è consegnata all'Apprendista unitamente al presente contratto e ne costituisce parte integrante.</w:t>
      </w:r>
    </w:p>
    <w:p w14:paraId="101CA127" w14:textId="77777777" w:rsidR="00891C12" w:rsidRPr="00891C12" w:rsidRDefault="00891C12" w:rsidP="00DA7051">
      <w:pPr>
        <w:jc w:val="both"/>
        <w:rPr>
          <w:rFonts w:asciiTheme="majorHAnsi" w:hAnsiTheme="majorHAnsi" w:cstheme="majorHAnsi"/>
        </w:rPr>
      </w:pPr>
    </w:p>
    <w:p w14:paraId="720AFAD6" w14:textId="3090EF79" w:rsidR="00096A31" w:rsidRPr="00891C12" w:rsidRDefault="00000000" w:rsidP="00DA7051">
      <w:pPr>
        <w:rPr>
          <w:rFonts w:asciiTheme="majorHAnsi" w:hAnsiTheme="majorHAnsi" w:cstheme="majorHAnsi"/>
        </w:rPr>
      </w:pPr>
      <w:r w:rsidRPr="00891C12">
        <w:rPr>
          <w:rFonts w:asciiTheme="majorHAnsi" w:hAnsiTheme="majorHAnsi" w:cstheme="majorHAnsi"/>
          <w:b/>
          <w:bCs/>
          <w:color w:val="000000"/>
        </w:rPr>
        <w:t xml:space="preserve">Art. 14 </w:t>
      </w:r>
      <w:r w:rsidR="00235655" w:rsidRPr="00891C12">
        <w:rPr>
          <w:rFonts w:asciiTheme="majorHAnsi" w:hAnsiTheme="majorHAnsi" w:cstheme="majorHAnsi"/>
          <w:b/>
          <w:bCs/>
          <w:color w:val="000000"/>
        </w:rPr>
        <w:t>– CLAUSOLA FINALE E OBBLIGHI INFORMATIVI</w:t>
      </w:r>
    </w:p>
    <w:p w14:paraId="2A45DE40" w14:textId="1D64EAE1" w:rsidR="00096A31" w:rsidRPr="00891C12" w:rsidRDefault="00000000" w:rsidP="00DA7051">
      <w:pPr>
        <w:jc w:val="both"/>
        <w:rPr>
          <w:rFonts w:asciiTheme="majorHAnsi" w:hAnsiTheme="majorHAnsi" w:cstheme="majorHAnsi"/>
        </w:rPr>
      </w:pPr>
      <w:r w:rsidRPr="00891C12">
        <w:rPr>
          <w:rFonts w:asciiTheme="majorHAnsi" w:hAnsiTheme="majorHAnsi" w:cstheme="majorHAnsi"/>
        </w:rPr>
        <w:t xml:space="preserve">Ogni questione relativa al presente contratto non espressamente o implicitamente regolata dalle sue disposizioni è disciplinata dalle norme del </w:t>
      </w:r>
      <w:r w:rsidR="00891C12" w:rsidRPr="00891C12">
        <w:rPr>
          <w:rFonts w:asciiTheme="majorHAnsi" w:hAnsiTheme="majorHAnsi" w:cstheme="majorHAnsi"/>
        </w:rPr>
        <w:t>Codice civile</w:t>
      </w:r>
      <w:r w:rsidRPr="00891C12">
        <w:rPr>
          <w:rFonts w:asciiTheme="majorHAnsi" w:hAnsiTheme="majorHAnsi" w:cstheme="majorHAnsi"/>
        </w:rPr>
        <w:t>, dal CCNL __</w:t>
      </w:r>
      <w:r w:rsidR="00891C12" w:rsidRPr="00891C12">
        <w:rPr>
          <w:rFonts w:asciiTheme="majorHAnsi" w:hAnsiTheme="majorHAnsi" w:cstheme="majorHAnsi"/>
        </w:rPr>
        <w:t>_,</w:t>
      </w:r>
      <w:r w:rsidRPr="00891C12">
        <w:rPr>
          <w:rFonts w:asciiTheme="majorHAnsi" w:hAnsiTheme="majorHAnsi" w:cstheme="majorHAnsi"/>
          <w:i/>
        </w:rPr>
        <w:t xml:space="preserve"> dalle norme generali sull'apprendistato contenute nel D. Lgs. </w:t>
      </w:r>
      <w:r w:rsidRPr="00891C12">
        <w:rPr>
          <w:rFonts w:asciiTheme="majorHAnsi" w:hAnsiTheme="majorHAnsi" w:cstheme="majorHAnsi"/>
        </w:rPr>
        <w:t xml:space="preserve">n. </w:t>
      </w:r>
      <w:r w:rsidRPr="00891C12">
        <w:rPr>
          <w:rFonts w:asciiTheme="majorHAnsi" w:hAnsiTheme="majorHAnsi" w:cstheme="majorHAnsi"/>
          <w:i/>
        </w:rPr>
        <w:t>81/2015 e successive modifiche e integrazioni, dal relativo decreto attuativo (D.M. 12 ottobre 2015</w:t>
      </w:r>
      <w:r w:rsidRPr="00891C12">
        <w:rPr>
          <w:rFonts w:asciiTheme="majorHAnsi" w:hAnsiTheme="majorHAnsi" w:cstheme="majorHAnsi"/>
        </w:rPr>
        <w:t>) e</w:t>
      </w:r>
      <w:r w:rsidRPr="00891C12">
        <w:rPr>
          <w:rFonts w:asciiTheme="majorHAnsi" w:hAnsiTheme="majorHAnsi" w:cstheme="majorHAnsi"/>
          <w:i/>
        </w:rPr>
        <w:t xml:space="preserve"> dall'accordo </w:t>
      </w:r>
      <w:r w:rsidR="00891C12" w:rsidRPr="00891C12">
        <w:rPr>
          <w:rFonts w:asciiTheme="majorHAnsi" w:hAnsiTheme="majorHAnsi" w:cstheme="majorHAnsi"/>
          <w:i/>
        </w:rPr>
        <w:t>interconfederale _</w:t>
      </w:r>
      <w:r w:rsidR="00891C12" w:rsidRPr="00891C12">
        <w:rPr>
          <w:rFonts w:asciiTheme="majorHAnsi" w:hAnsiTheme="majorHAnsi" w:cstheme="majorHAnsi"/>
          <w:b/>
        </w:rPr>
        <w:t>_____</w:t>
      </w:r>
      <w:r w:rsidRPr="00891C12">
        <w:rPr>
          <w:rFonts w:asciiTheme="majorHAnsi" w:hAnsiTheme="majorHAnsi" w:cstheme="majorHAnsi"/>
        </w:rPr>
        <w:t>.</w:t>
      </w:r>
    </w:p>
    <w:p w14:paraId="556C167D" w14:textId="77AC8AA0" w:rsidR="00096A31" w:rsidRPr="00891C12" w:rsidRDefault="00D54ECD" w:rsidP="00DA7051">
      <w:pPr>
        <w:jc w:val="both"/>
        <w:rPr>
          <w:rFonts w:asciiTheme="majorHAnsi" w:hAnsiTheme="majorHAnsi" w:cstheme="majorHAnsi"/>
        </w:rPr>
      </w:pPr>
      <w:r w:rsidRPr="00891C12">
        <w:rPr>
          <w:rFonts w:asciiTheme="majorHAnsi" w:hAnsiTheme="majorHAnsi" w:cstheme="majorHAnsi"/>
        </w:rPr>
        <w:t>Ai sensi dell'art. 4-bis, comma 2, del D. Lgs. n. 181/2000 e successive integrazioni e modificazioni, il Datore di Lavoro consegna all'Apprendista copia del presente contratto individuale di lavoro, contenente tutte le informazioni previste dal D. Lgs. n. 152/1997, come modificato dal D. Lgs. n. 104/2022 (c.d. Decreto Trasparenza) e dal D.L. n. 48/2023 (convertito con L. n. 85/2023). Ai sensi dell'art. 1, comma 5-bis, del D. Lgs. n. 152/1997, le informazioni di cui al comma 1, lettere h), i), l), m), n), o) e r), sono comunicate con l'indicazione del riferimento normativo o del contratto collettivo che ne disciplina le materie. Ai sensi dell'art. 1, comma 6-bis, del medesimo decreto, il Datore di Lavoro consegna o mette a disposizione, anche mediante pubblicazione sul sito web, i contratti collettivi e gli eventuali regolamenti aziendali applicabili.</w:t>
      </w:r>
    </w:p>
    <w:p w14:paraId="2EA7A010" w14:textId="7B745221" w:rsidR="00096A31" w:rsidRPr="00891C12" w:rsidRDefault="00D54ECD">
      <w:pPr>
        <w:rPr>
          <w:rFonts w:asciiTheme="majorHAnsi" w:hAnsiTheme="majorHAnsi" w:cstheme="majorHAnsi"/>
        </w:rPr>
      </w:pPr>
      <w:r w:rsidRPr="00891C12">
        <w:rPr>
          <w:rFonts w:asciiTheme="majorHAnsi" w:hAnsiTheme="majorHAnsi" w:cstheme="majorHAnsi"/>
        </w:rPr>
        <w:t>__</w:t>
      </w:r>
      <w:r w:rsidR="00891C12" w:rsidRPr="00891C12">
        <w:rPr>
          <w:rFonts w:asciiTheme="majorHAnsi" w:hAnsiTheme="majorHAnsi" w:cstheme="majorHAnsi"/>
        </w:rPr>
        <w:t>_,</w:t>
      </w:r>
      <w:r w:rsidRPr="00891C12">
        <w:rPr>
          <w:rFonts w:asciiTheme="majorHAnsi" w:hAnsiTheme="majorHAnsi" w:cstheme="majorHAnsi"/>
          <w:i/>
        </w:rPr>
        <w:t xml:space="preserve"> </w:t>
      </w:r>
      <w:r w:rsidRPr="00891C12">
        <w:rPr>
          <w:rFonts w:asciiTheme="majorHAnsi" w:hAnsiTheme="majorHAnsi" w:cstheme="majorHAnsi"/>
        </w:rPr>
        <w:t>_</w:t>
      </w:r>
      <w:r w:rsidRPr="00891C12">
        <w:rPr>
          <w:rFonts w:asciiTheme="majorHAnsi" w:hAnsiTheme="majorHAnsi" w:cstheme="majorHAnsi"/>
          <w:b/>
        </w:rPr>
        <w:t>_</w:t>
      </w:r>
      <w:r w:rsidRPr="00891C12">
        <w:rPr>
          <w:rFonts w:asciiTheme="majorHAnsi" w:hAnsiTheme="majorHAnsi" w:cstheme="majorHAnsi"/>
        </w:rPr>
        <w:t>_ [luogo, giorno mese anno]</w:t>
      </w:r>
    </w:p>
    <w:p w14:paraId="6FB459CE" w14:textId="7F445B6E" w:rsidR="00096A31" w:rsidRPr="00891C12" w:rsidRDefault="00000000" w:rsidP="00DA7051">
      <w:pPr>
        <w:jc w:val="both"/>
        <w:rPr>
          <w:rFonts w:asciiTheme="majorHAnsi" w:hAnsiTheme="majorHAnsi" w:cstheme="majorHAnsi"/>
        </w:rPr>
      </w:pPr>
      <w:r w:rsidRPr="00891C12">
        <w:rPr>
          <w:rFonts w:asciiTheme="majorHAnsi" w:hAnsiTheme="majorHAnsi" w:cstheme="majorHAnsi"/>
        </w:rPr>
        <w:t>Il Datore di Lavoro dichiara di aver adempiuto agli obblighi di comunicazione obbligatoria di assunzione ai sensi dell'art. 9-bis del D.L. n. 510/1996 e dell'art. 4-bis del D. Lgs. n. 181/2000, preventivamente all'inizio del rapporto di lavoro.</w:t>
      </w:r>
    </w:p>
    <w:p w14:paraId="74E6256D" w14:textId="183834AA" w:rsidR="00096A31" w:rsidRPr="00891C12" w:rsidRDefault="00D54ECD">
      <w:pPr>
        <w:rPr>
          <w:rFonts w:asciiTheme="majorHAnsi" w:hAnsiTheme="majorHAnsi" w:cstheme="majorHAnsi"/>
        </w:rPr>
      </w:pPr>
      <w:r w:rsidRPr="00891C12">
        <w:rPr>
          <w:rFonts w:asciiTheme="majorHAnsi" w:hAnsiTheme="majorHAnsi" w:cstheme="majorHAnsi"/>
        </w:rPr>
        <w:t>L'Apprendista ___</w:t>
      </w:r>
      <w:r w:rsidR="00891C12" w:rsidRPr="00891C12">
        <w:rPr>
          <w:rFonts w:asciiTheme="majorHAnsi" w:hAnsiTheme="majorHAnsi" w:cstheme="majorHAnsi"/>
        </w:rPr>
        <w:t>__________________________</w:t>
      </w:r>
      <w:r w:rsidRPr="00891C12">
        <w:rPr>
          <w:rFonts w:asciiTheme="majorHAnsi" w:hAnsiTheme="majorHAnsi" w:cstheme="majorHAnsi"/>
        </w:rPr>
        <w:t xml:space="preserve"> [firma]</w:t>
      </w:r>
    </w:p>
    <w:p w14:paraId="3C36AE86" w14:textId="25C30855" w:rsidR="00096A31" w:rsidRPr="00891C12" w:rsidRDefault="00000000">
      <w:pPr>
        <w:rPr>
          <w:rFonts w:asciiTheme="majorHAnsi" w:hAnsiTheme="majorHAnsi" w:cstheme="majorHAnsi"/>
        </w:rPr>
      </w:pPr>
      <w:r w:rsidRPr="00891C12">
        <w:rPr>
          <w:rFonts w:asciiTheme="majorHAnsi" w:hAnsiTheme="majorHAnsi" w:cstheme="majorHAnsi"/>
        </w:rPr>
        <w:t>Il Datore di Lavoro – Legale rappresentante ___</w:t>
      </w:r>
      <w:r w:rsidR="00891C12" w:rsidRPr="00891C12">
        <w:rPr>
          <w:rFonts w:asciiTheme="majorHAnsi" w:hAnsiTheme="majorHAnsi" w:cstheme="majorHAnsi"/>
        </w:rPr>
        <w:t>_______________________________</w:t>
      </w:r>
      <w:r w:rsidRPr="00891C12">
        <w:rPr>
          <w:rFonts w:asciiTheme="majorHAnsi" w:hAnsiTheme="majorHAnsi" w:cstheme="majorHAnsi"/>
        </w:rPr>
        <w:t xml:space="preserve"> [firma]</w:t>
      </w:r>
    </w:p>
    <w:p w14:paraId="1F6B928D" w14:textId="77777777" w:rsidR="00891C12" w:rsidRPr="00891C12" w:rsidRDefault="00891C12" w:rsidP="00DA7051">
      <w:pPr>
        <w:rPr>
          <w:rFonts w:asciiTheme="majorHAnsi" w:hAnsiTheme="majorHAnsi" w:cstheme="majorHAnsi"/>
          <w:b/>
        </w:rPr>
      </w:pPr>
    </w:p>
    <w:p w14:paraId="18D22220" w14:textId="040A6FB1" w:rsidR="00096A31" w:rsidRPr="00891C12" w:rsidRDefault="00000000" w:rsidP="00DA7051">
      <w:pPr>
        <w:rPr>
          <w:rFonts w:asciiTheme="majorHAnsi" w:hAnsiTheme="majorHAnsi" w:cstheme="majorHAnsi"/>
        </w:rPr>
      </w:pPr>
      <w:r w:rsidRPr="00891C12">
        <w:rPr>
          <w:rFonts w:asciiTheme="majorHAnsi" w:hAnsiTheme="majorHAnsi" w:cstheme="majorHAnsi"/>
          <w:b/>
        </w:rPr>
        <w:t>ALLEGATI E DOCUMENTI</w:t>
      </w:r>
    </w:p>
    <w:p w14:paraId="5073D820" w14:textId="766DC1A3" w:rsidR="00096A31" w:rsidRPr="00891C12" w:rsidRDefault="00000000">
      <w:pPr>
        <w:pStyle w:val="Puntoelenco"/>
        <w:rPr>
          <w:rFonts w:asciiTheme="majorHAnsi" w:hAnsiTheme="majorHAnsi" w:cstheme="majorHAnsi"/>
        </w:rPr>
      </w:pPr>
      <w:r w:rsidRPr="00891C12">
        <w:rPr>
          <w:rFonts w:asciiTheme="majorHAnsi" w:hAnsiTheme="majorHAnsi" w:cstheme="majorHAnsi"/>
        </w:rPr>
        <w:t>Protocollo tra Datore di Lavoro e Istituzione formativa</w:t>
      </w:r>
    </w:p>
    <w:p w14:paraId="07372DCD" w14:textId="77777777" w:rsidR="00096A31" w:rsidRPr="00891C12" w:rsidRDefault="00000000">
      <w:pPr>
        <w:pStyle w:val="Puntoelenco"/>
        <w:rPr>
          <w:rFonts w:asciiTheme="majorHAnsi" w:hAnsiTheme="majorHAnsi" w:cstheme="majorHAnsi"/>
        </w:rPr>
      </w:pPr>
      <w:r w:rsidRPr="00891C12">
        <w:rPr>
          <w:rFonts w:asciiTheme="majorHAnsi" w:hAnsiTheme="majorHAnsi" w:cstheme="majorHAnsi"/>
        </w:rPr>
        <w:t>Piano Formativo Individuale</w:t>
      </w:r>
    </w:p>
    <w:p w14:paraId="6AE4D3B5" w14:textId="77777777" w:rsidR="00096A31" w:rsidRPr="00891C12" w:rsidRDefault="00000000">
      <w:pPr>
        <w:pStyle w:val="Puntoelenco"/>
        <w:rPr>
          <w:rFonts w:asciiTheme="majorHAnsi" w:hAnsiTheme="majorHAnsi" w:cstheme="majorHAnsi"/>
        </w:rPr>
      </w:pPr>
      <w:r w:rsidRPr="00891C12">
        <w:rPr>
          <w:rFonts w:asciiTheme="majorHAnsi" w:hAnsiTheme="majorHAnsi" w:cstheme="majorHAnsi"/>
        </w:rPr>
        <w:t>Schema di Dossier Individuale</w:t>
      </w:r>
    </w:p>
    <w:p w14:paraId="679AB678" w14:textId="40848D49" w:rsidR="00096A31" w:rsidRDefault="00000000">
      <w:pPr>
        <w:pStyle w:val="Puntoelenco"/>
        <w:rPr>
          <w:rFonts w:asciiTheme="majorHAnsi" w:hAnsiTheme="majorHAnsi" w:cstheme="majorHAnsi"/>
        </w:rPr>
      </w:pPr>
      <w:r w:rsidRPr="00891C12">
        <w:rPr>
          <w:rFonts w:asciiTheme="majorHAnsi" w:hAnsiTheme="majorHAnsi" w:cstheme="majorHAnsi"/>
        </w:rPr>
        <w:t xml:space="preserve">Informativa privacy </w:t>
      </w:r>
    </w:p>
    <w:p w14:paraId="720F2390" w14:textId="77777777" w:rsidR="00E7258C" w:rsidRPr="00891C12" w:rsidRDefault="00E7258C" w:rsidP="00E7258C">
      <w:pPr>
        <w:pStyle w:val="Puntoelenco"/>
        <w:rPr>
          <w:rFonts w:asciiTheme="majorHAnsi" w:hAnsiTheme="majorHAnsi" w:cstheme="majorHAnsi"/>
        </w:rPr>
      </w:pPr>
      <w:r>
        <w:rPr>
          <w:rFonts w:asciiTheme="majorHAnsi" w:hAnsiTheme="majorHAnsi" w:cstheme="majorHAnsi"/>
        </w:rPr>
        <w:t>Copia della comunicazione obbligatoria di istaurazione del rapporto di lavoro</w:t>
      </w:r>
    </w:p>
    <w:p w14:paraId="35571334" w14:textId="77777777" w:rsidR="00096A31" w:rsidRPr="00891C12" w:rsidRDefault="00000000">
      <w:pPr>
        <w:pStyle w:val="Puntoelenco"/>
        <w:rPr>
          <w:rFonts w:asciiTheme="majorHAnsi" w:hAnsiTheme="majorHAnsi" w:cstheme="majorHAnsi"/>
        </w:rPr>
      </w:pPr>
      <w:r w:rsidRPr="00891C12">
        <w:rPr>
          <w:rFonts w:asciiTheme="majorHAnsi" w:hAnsiTheme="majorHAnsi" w:cstheme="majorHAnsi"/>
        </w:rPr>
        <w:t>Regolamento aziendale e norme disciplinari</w:t>
      </w:r>
    </w:p>
    <w:sectPr w:rsidR="00096A31" w:rsidRPr="00891C1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971591422">
    <w:abstractNumId w:val="8"/>
  </w:num>
  <w:num w:numId="2" w16cid:durableId="79177663">
    <w:abstractNumId w:val="6"/>
  </w:num>
  <w:num w:numId="3" w16cid:durableId="1702322464">
    <w:abstractNumId w:val="5"/>
  </w:num>
  <w:num w:numId="4" w16cid:durableId="1655833696">
    <w:abstractNumId w:val="4"/>
  </w:num>
  <w:num w:numId="5" w16cid:durableId="1385253599">
    <w:abstractNumId w:val="7"/>
  </w:num>
  <w:num w:numId="6" w16cid:durableId="1966736696">
    <w:abstractNumId w:val="3"/>
  </w:num>
  <w:num w:numId="7" w16cid:durableId="1755590580">
    <w:abstractNumId w:val="2"/>
  </w:num>
  <w:num w:numId="8" w16cid:durableId="110169930">
    <w:abstractNumId w:val="1"/>
  </w:num>
  <w:num w:numId="9" w16cid:durableId="605700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330"/>
    <w:rsid w:val="00034616"/>
    <w:rsid w:val="00046AE8"/>
    <w:rsid w:val="00053B15"/>
    <w:rsid w:val="000555E8"/>
    <w:rsid w:val="0006063C"/>
    <w:rsid w:val="00096A31"/>
    <w:rsid w:val="00117274"/>
    <w:rsid w:val="00124E08"/>
    <w:rsid w:val="001258AA"/>
    <w:rsid w:val="0015074B"/>
    <w:rsid w:val="00167AC7"/>
    <w:rsid w:val="001A653E"/>
    <w:rsid w:val="001B24CC"/>
    <w:rsid w:val="001B27F5"/>
    <w:rsid w:val="001C1F3A"/>
    <w:rsid w:val="001C3438"/>
    <w:rsid w:val="001D3368"/>
    <w:rsid w:val="00235655"/>
    <w:rsid w:val="002404BA"/>
    <w:rsid w:val="00243A7A"/>
    <w:rsid w:val="002514AE"/>
    <w:rsid w:val="002674A2"/>
    <w:rsid w:val="00286BE8"/>
    <w:rsid w:val="00286E17"/>
    <w:rsid w:val="0029639D"/>
    <w:rsid w:val="002C3B59"/>
    <w:rsid w:val="002C7D63"/>
    <w:rsid w:val="002D3EC4"/>
    <w:rsid w:val="00302058"/>
    <w:rsid w:val="00326F90"/>
    <w:rsid w:val="00354913"/>
    <w:rsid w:val="00381DF6"/>
    <w:rsid w:val="003A4673"/>
    <w:rsid w:val="003C6F7B"/>
    <w:rsid w:val="003D2146"/>
    <w:rsid w:val="003E5960"/>
    <w:rsid w:val="004065E1"/>
    <w:rsid w:val="004214C4"/>
    <w:rsid w:val="00465D38"/>
    <w:rsid w:val="004964A6"/>
    <w:rsid w:val="004B0FD8"/>
    <w:rsid w:val="0050318A"/>
    <w:rsid w:val="005057F8"/>
    <w:rsid w:val="005105B0"/>
    <w:rsid w:val="00534F73"/>
    <w:rsid w:val="00543615"/>
    <w:rsid w:val="0054527E"/>
    <w:rsid w:val="00573502"/>
    <w:rsid w:val="00580433"/>
    <w:rsid w:val="00593517"/>
    <w:rsid w:val="005A430A"/>
    <w:rsid w:val="005A49AE"/>
    <w:rsid w:val="005B6CAB"/>
    <w:rsid w:val="005D4A7F"/>
    <w:rsid w:val="005D6748"/>
    <w:rsid w:val="0060464E"/>
    <w:rsid w:val="0062071D"/>
    <w:rsid w:val="00621EB3"/>
    <w:rsid w:val="00630F6D"/>
    <w:rsid w:val="00642E96"/>
    <w:rsid w:val="00651673"/>
    <w:rsid w:val="0066146C"/>
    <w:rsid w:val="006C1185"/>
    <w:rsid w:val="006C20A2"/>
    <w:rsid w:val="006D2CC3"/>
    <w:rsid w:val="006F46A0"/>
    <w:rsid w:val="00700808"/>
    <w:rsid w:val="007965BC"/>
    <w:rsid w:val="007B38E9"/>
    <w:rsid w:val="007E7F16"/>
    <w:rsid w:val="00805A29"/>
    <w:rsid w:val="0087524C"/>
    <w:rsid w:val="00882EA7"/>
    <w:rsid w:val="00891C12"/>
    <w:rsid w:val="008A1804"/>
    <w:rsid w:val="008A4D50"/>
    <w:rsid w:val="008D5A9A"/>
    <w:rsid w:val="00904953"/>
    <w:rsid w:val="009068A8"/>
    <w:rsid w:val="00963178"/>
    <w:rsid w:val="00963279"/>
    <w:rsid w:val="00964357"/>
    <w:rsid w:val="009655A2"/>
    <w:rsid w:val="0097045D"/>
    <w:rsid w:val="00972FD8"/>
    <w:rsid w:val="00982CC4"/>
    <w:rsid w:val="00986E61"/>
    <w:rsid w:val="0098761C"/>
    <w:rsid w:val="009A1413"/>
    <w:rsid w:val="009A421B"/>
    <w:rsid w:val="009B75B1"/>
    <w:rsid w:val="009E4BB9"/>
    <w:rsid w:val="00A041A7"/>
    <w:rsid w:val="00A13A10"/>
    <w:rsid w:val="00A436F8"/>
    <w:rsid w:val="00A60176"/>
    <w:rsid w:val="00A72725"/>
    <w:rsid w:val="00A929E6"/>
    <w:rsid w:val="00AA1D8D"/>
    <w:rsid w:val="00AB5BC4"/>
    <w:rsid w:val="00AD1C54"/>
    <w:rsid w:val="00B47730"/>
    <w:rsid w:val="00B522F5"/>
    <w:rsid w:val="00B6151E"/>
    <w:rsid w:val="00B647C3"/>
    <w:rsid w:val="00B7527E"/>
    <w:rsid w:val="00B75AB3"/>
    <w:rsid w:val="00B83ED4"/>
    <w:rsid w:val="00BB5AD3"/>
    <w:rsid w:val="00BF09C8"/>
    <w:rsid w:val="00BF6BA7"/>
    <w:rsid w:val="00C171A6"/>
    <w:rsid w:val="00C347BB"/>
    <w:rsid w:val="00C47AA0"/>
    <w:rsid w:val="00C554C2"/>
    <w:rsid w:val="00C82C27"/>
    <w:rsid w:val="00C955B7"/>
    <w:rsid w:val="00CB0664"/>
    <w:rsid w:val="00CC40D9"/>
    <w:rsid w:val="00CD5FBB"/>
    <w:rsid w:val="00CE7BB5"/>
    <w:rsid w:val="00D312DE"/>
    <w:rsid w:val="00D54ECD"/>
    <w:rsid w:val="00D83224"/>
    <w:rsid w:val="00D83FC3"/>
    <w:rsid w:val="00DA7051"/>
    <w:rsid w:val="00DB3FF4"/>
    <w:rsid w:val="00DB6FF0"/>
    <w:rsid w:val="00DD222F"/>
    <w:rsid w:val="00E346FC"/>
    <w:rsid w:val="00E53118"/>
    <w:rsid w:val="00E65753"/>
    <w:rsid w:val="00E7258C"/>
    <w:rsid w:val="00E826DF"/>
    <w:rsid w:val="00EA60A1"/>
    <w:rsid w:val="00ED05CE"/>
    <w:rsid w:val="00EE6576"/>
    <w:rsid w:val="00F13155"/>
    <w:rsid w:val="00F16758"/>
    <w:rsid w:val="00F22793"/>
    <w:rsid w:val="00F227F3"/>
    <w:rsid w:val="00F4053F"/>
    <w:rsid w:val="00F40A2D"/>
    <w:rsid w:val="00F41A80"/>
    <w:rsid w:val="00F422CE"/>
    <w:rsid w:val="00F46129"/>
    <w:rsid w:val="00F504CE"/>
    <w:rsid w:val="00F5523B"/>
    <w:rsid w:val="00F6592C"/>
    <w:rsid w:val="00F7417C"/>
    <w:rsid w:val="00F77573"/>
    <w:rsid w:val="00F8326B"/>
    <w:rsid w:val="00F941D2"/>
    <w:rsid w:val="00FC693F"/>
    <w:rsid w:val="00FE3C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43F93"/>
  <w14:defaultImageDpi w14:val="300"/>
  <w15:docId w15:val="{606D40A9-923C-4912-99A6-331779B44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it-IT"/>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eWeb">
    <w:name w:val="Normal (Web)"/>
    <w:basedOn w:val="Normale"/>
    <w:uiPriority w:val="99"/>
    <w:semiHidden/>
    <w:unhideWhenUsed/>
    <w:rsid w:val="001258AA"/>
    <w:rPr>
      <w:rFonts w:ascii="Times New Roman" w:hAnsi="Times New Roman" w:cs="Times New Roman"/>
      <w:sz w:val="24"/>
      <w:szCs w:val="24"/>
    </w:rPr>
  </w:style>
  <w:style w:type="paragraph" w:styleId="Revisione">
    <w:name w:val="Revision"/>
    <w:hidden/>
    <w:uiPriority w:val="99"/>
    <w:semiHidden/>
    <w:rsid w:val="001258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2404</Words>
  <Characters>13706</Characters>
  <Application>Microsoft Office Word</Application>
  <DocSecurity>0</DocSecurity>
  <Lines>114</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Simona Cisotta</cp:lastModifiedBy>
  <cp:revision>20</cp:revision>
  <dcterms:created xsi:type="dcterms:W3CDTF">2026-08-28T08:43:00Z</dcterms:created>
  <dcterms:modified xsi:type="dcterms:W3CDTF">2026-09-07T08:41:00Z</dcterms:modified>
  <cp:category/>
</cp:coreProperties>
</file>